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26DB" w14:textId="77777777" w:rsidR="00B975B8" w:rsidRDefault="00F12850">
      <w:pPr>
        <w:jc w:val="center"/>
      </w:pPr>
      <w:r>
        <w:rPr>
          <w:rFonts w:ascii="Arial" w:hAnsi="Arial"/>
          <w:b/>
          <w:color w:val="003366"/>
          <w:sz w:val="28"/>
        </w:rPr>
        <w:t>COMUNE DI FRASSINO</w:t>
      </w:r>
      <w:r>
        <w:rPr>
          <w:rFonts w:ascii="Arial" w:hAnsi="Arial"/>
          <w:b/>
          <w:color w:val="003366"/>
          <w:sz w:val="28"/>
        </w:rPr>
        <w:br/>
        <w:t>Sezione: Atti di Concessione (Art. 26, c. 2, D. Lgs. n. 33/2013)</w:t>
      </w:r>
    </w:p>
    <w:p w14:paraId="21A66817" w14:textId="77777777" w:rsidR="00B975B8" w:rsidRDefault="00F12850">
      <w:r>
        <w:rPr>
          <w:rFonts w:ascii="Arial" w:hAnsi="Arial"/>
          <w:sz w:val="20"/>
        </w:rPr>
        <w:t>La presente tabella contiene le annualità dal 2021 al 2026, strutturata specificamente con tutte le colonne previste dal decreto trasparenza, inclusi i casi in cui i contributi superano € 1.000 erogati su istanza di parte senza obbligo di progetto.</w:t>
      </w:r>
    </w:p>
    <w:tbl>
      <w:tblPr>
        <w:tblW w:w="14400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  <w:gridCol w:w="1800"/>
        <w:gridCol w:w="1800"/>
        <w:gridCol w:w="1800"/>
        <w:gridCol w:w="1800"/>
      </w:tblGrid>
      <w:tr w:rsidR="00B975B8" w14:paraId="1308C0AB" w14:textId="77777777" w:rsidTr="00046955">
        <w:trPr>
          <w:tblHeader/>
        </w:trPr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F40D9B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Annualità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BA9F38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Nome Beneficiario / Impresa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7AEBC0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Importo Corrisposto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B31EBD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Titolo di Attribuzione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AEE10C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Ufficio di Riferimento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FC5F88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Modalità Individuazione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E99389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Link al Progetto Selezionato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CDD247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Link al C.V. Soggetto Incaricato</w:t>
            </w:r>
          </w:p>
        </w:tc>
      </w:tr>
      <w:tr w:rsidR="00B975B8" w14:paraId="6F6F0F7A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D40F8D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2021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656D3D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San Maurizio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1C8EE9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€ 400,00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A33AA4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0D6FAE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82642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498623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ABAF40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3F9EBE04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B1A45F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2021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FB9D77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Casa di Riposo San Giuseppe di Sampeyre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D4A69D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€ 6.000,00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089A58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15FC7C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83E4B5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E9CE6B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A0B078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</w:tr>
      <w:tr w:rsidR="00B975B8" w14:paraId="6BE390CF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EC71CD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D690D9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Culturale “Liero d’Armoni”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7FCAB2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€ 350,00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8FDDC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3C6107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6330CB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53C121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(Tutti i contributi erogati nell'anno sono inferiori a € 1.000,00)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24B940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286998D0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3736C2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3C7723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San Maurizio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B33835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€ 276,00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800F76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 xml:space="preserve">Regolamento comunale contributi approvato con DCC n. 67 del </w:t>
            </w:r>
            <w:r>
              <w:rPr>
                <w:rFonts w:ascii="Arial" w:hAnsi="Arial"/>
                <w:color w:val="333333"/>
                <w:sz w:val="17"/>
              </w:rPr>
              <w:lastRenderedPageBreak/>
              <w:t>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DE0346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lastRenderedPageBreak/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30735D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C695F1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 xml:space="preserve">N.A. (Tutti i contributi erogati nell'anno sono </w:t>
            </w:r>
            <w:r>
              <w:rPr>
                <w:rFonts w:ascii="Arial" w:hAnsi="Arial"/>
                <w:i/>
                <w:color w:val="666666"/>
                <w:sz w:val="17"/>
              </w:rPr>
              <w:lastRenderedPageBreak/>
              <w:t>inferiori a € 1.000,00)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73329D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lastRenderedPageBreak/>
              <w:t>N.A. (Sotto soglia di legge)</w:t>
            </w:r>
          </w:p>
        </w:tc>
      </w:tr>
      <w:tr w:rsidR="00B975B8" w14:paraId="29C80351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182CFD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2023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82E66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“La Mosca sul Muro”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CE37C3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€ 100,00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3E2A14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E10D05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BD44C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0500A0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F5F515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39EAE97E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340859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2023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313AF0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Culturale Botteghe delle Arti Contromano (B.A.Co)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AEE5B9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€ 2.500,00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AFD08F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E0DC6F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756A09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71C1B3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20AF1F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</w:tr>
      <w:tr w:rsidR="00B975B8" w14:paraId="41E8B1C6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0C4737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2024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14C48C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Pompieri del Monviso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C51835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€ 250,00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3E91EE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7127C9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10191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9E9337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(Tutti i contributi erogati nell'anno sono inferiori a € 1.000,00)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82905B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18A98420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F8D40C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2024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EB7F0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Fraisensi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7582B0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€ 1.000,00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2394E5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 xml:space="preserve">Regolamento comunale contributi approvato con DCC n. 67 del 06.12.1990; DCC n. 12 del 10.03.1991; </w:t>
            </w:r>
            <w:r>
              <w:rPr>
                <w:rFonts w:ascii="Arial" w:hAnsi="Arial"/>
                <w:color w:val="333333"/>
                <w:sz w:val="17"/>
              </w:rPr>
              <w:lastRenderedPageBreak/>
              <w:t>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13F1E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lastRenderedPageBreak/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3312A9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5FDA00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(Tutti i contributi erogati nell'anno sono inferiori a € 1.000,00)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3B0E89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01B28AD7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3E77E6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2024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8A75D8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San Maurizio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D7974B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€ 400,00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D3D816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15948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F05617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236FAB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(Tutti i contributi erogati nell'anno sono inferiori a € 1.000,00)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7FDF9E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72391BCA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8516CC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2024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C86EE5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Sistemazione strada privata Meyra Fasi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532F6B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€ 500,00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4EE8C0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43CF2B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6F47B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1E0514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(Tutti i contributi erogati nell'anno sono inferiori a € 1.000,00)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B5A2F3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611FC382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EC1A95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2025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C485E4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San Maurizio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516BC6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€ 1.500,00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A04CA5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A914E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92EBC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6B3A28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A2F1B7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</w:tr>
      <w:tr w:rsidR="00B975B8" w14:paraId="7CAA5832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9C3DC0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2025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F9BB53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Culturale Botteghe delle Arti Contromano (B.A.Co)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94516B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€ 1.000,00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044FDD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 xml:space="preserve">Regolamento comunale contributi approvato con DCC n. 67 del 06.12.1990; DCC n. 12 del 10.03.1991; </w:t>
            </w:r>
            <w:r>
              <w:rPr>
                <w:rFonts w:ascii="Arial" w:hAnsi="Arial"/>
                <w:color w:val="333333"/>
                <w:sz w:val="17"/>
              </w:rPr>
              <w:lastRenderedPageBreak/>
              <w:t>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788A87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lastRenderedPageBreak/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67548E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239AA3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F02AE5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7900AF75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068188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2026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A4128D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San Maurizio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688464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€ 500,00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ABA9A6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981D6B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AD8317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8ACE83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216A89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1BF186D0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58035B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2026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858A9C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Fraisensi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234043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€ 2.000,00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653004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EFF5F4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BB45B8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6E6089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7A468F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</w:tr>
      <w:tr w:rsidR="00B975B8" w14:paraId="635D36A8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CD8925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2026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131108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San Maurizio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812969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€ 500,00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1E824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77BAAD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41482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78FD32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962D85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15234D40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06C83D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2026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3C93A4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Parrocchia SS Pietro e Paolo di Sampeyre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F8DF5B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€ 300,00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9D8BA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 xml:space="preserve">Regolamento comunale contributi approvato con DCC n. 67 del 06.12.1990; DCC n. 12 del 10.03.1991; </w:t>
            </w:r>
            <w:r>
              <w:rPr>
                <w:rFonts w:ascii="Arial" w:hAnsi="Arial"/>
                <w:color w:val="333333"/>
                <w:sz w:val="17"/>
              </w:rPr>
              <w:lastRenderedPageBreak/>
              <w:t>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03B7ED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lastRenderedPageBreak/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B3B74C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8B9AED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C35867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49CA2DF8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573DF6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2026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F0B233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LOU SOLESTREI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F13255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€ 1.500,00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24BE9F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B1A823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8C2067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C3F985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481E95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</w:tr>
      <w:tr w:rsidR="00046955" w14:paraId="5523262F" w14:textId="77777777" w:rsidTr="00046955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76831F" w14:textId="0A17AF4B" w:rsidR="00046955" w:rsidRDefault="00046955" w:rsidP="00046955">
            <w:pPr>
              <w:jc w:val="center"/>
              <w:rPr>
                <w:rFonts w:ascii="Arial" w:hAnsi="Arial"/>
                <w:color w:val="333333"/>
                <w:sz w:val="17"/>
              </w:rPr>
            </w:pPr>
            <w:r>
              <w:rPr>
                <w:rFonts w:ascii="Arial" w:hAnsi="Arial"/>
                <w:color w:val="333333"/>
                <w:sz w:val="17"/>
              </w:rPr>
              <w:t>2026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91131A" w14:textId="67BF8536" w:rsidR="00046955" w:rsidRDefault="00046955" w:rsidP="00046955">
            <w:pPr>
              <w:rPr>
                <w:rFonts w:ascii="Arial" w:hAnsi="Arial"/>
                <w:color w:val="333333"/>
                <w:sz w:val="17"/>
              </w:rPr>
            </w:pPr>
            <w:proofErr w:type="spellStart"/>
            <w:r>
              <w:rPr>
                <w:rFonts w:ascii="Arial" w:hAnsi="Arial"/>
                <w:color w:val="333333"/>
                <w:sz w:val="17"/>
              </w:rPr>
              <w:t>Associazione</w:t>
            </w:r>
            <w:proofErr w:type="spellEnd"/>
            <w:r>
              <w:rPr>
                <w:rFonts w:ascii="Arial" w:hAnsi="Arial"/>
                <w:color w:val="333333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7"/>
              </w:rPr>
              <w:t>Sportiva</w:t>
            </w:r>
            <w:proofErr w:type="spellEnd"/>
            <w:r>
              <w:rPr>
                <w:rFonts w:ascii="Arial" w:hAnsi="Arial"/>
                <w:color w:val="333333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7"/>
              </w:rPr>
              <w:t>Dilettantistica</w:t>
            </w:r>
            <w:proofErr w:type="spellEnd"/>
            <w:r>
              <w:rPr>
                <w:rFonts w:ascii="Arial" w:hAnsi="Arial"/>
                <w:color w:val="333333"/>
                <w:sz w:val="17"/>
              </w:rPr>
              <w:t xml:space="preserve"> “Valle Varaita”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96BA4A" w14:textId="279F5FAC" w:rsidR="00046955" w:rsidRDefault="00046955" w:rsidP="00046955">
            <w:pPr>
              <w:jc w:val="right"/>
              <w:rPr>
                <w:rFonts w:ascii="Arial" w:hAnsi="Arial"/>
                <w:color w:val="333333"/>
                <w:sz w:val="17"/>
              </w:rPr>
            </w:pPr>
            <w:r>
              <w:rPr>
                <w:rFonts w:ascii="Arial" w:hAnsi="Arial"/>
                <w:color w:val="333333"/>
                <w:sz w:val="17"/>
              </w:rPr>
              <w:t xml:space="preserve">€ </w:t>
            </w:r>
            <w:r>
              <w:rPr>
                <w:rFonts w:ascii="Arial" w:hAnsi="Arial"/>
                <w:color w:val="333333"/>
                <w:sz w:val="17"/>
              </w:rPr>
              <w:t>5</w:t>
            </w:r>
            <w:r>
              <w:rPr>
                <w:rFonts w:ascii="Arial" w:hAnsi="Arial"/>
                <w:color w:val="333333"/>
                <w:sz w:val="17"/>
              </w:rPr>
              <w:t>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758DA9" w14:textId="640618A3" w:rsidR="00046955" w:rsidRDefault="00046955" w:rsidP="00046955">
            <w:pPr>
              <w:rPr>
                <w:rFonts w:ascii="Arial" w:hAnsi="Arial"/>
                <w:color w:val="333333"/>
                <w:sz w:val="17"/>
              </w:rPr>
            </w:pPr>
            <w:proofErr w:type="spellStart"/>
            <w:r>
              <w:rPr>
                <w:rFonts w:ascii="Arial" w:hAnsi="Arial"/>
                <w:color w:val="333333"/>
                <w:sz w:val="17"/>
              </w:rPr>
              <w:t>Regolamento</w:t>
            </w:r>
            <w:proofErr w:type="spellEnd"/>
            <w:r>
              <w:rPr>
                <w:rFonts w:ascii="Arial" w:hAnsi="Arial"/>
                <w:color w:val="333333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7"/>
              </w:rPr>
              <w:t>comunale</w:t>
            </w:r>
            <w:proofErr w:type="spellEnd"/>
            <w:r>
              <w:rPr>
                <w:rFonts w:ascii="Arial" w:hAnsi="Arial"/>
                <w:color w:val="333333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7"/>
              </w:rPr>
              <w:t>contributi</w:t>
            </w:r>
            <w:proofErr w:type="spellEnd"/>
            <w:r>
              <w:rPr>
                <w:rFonts w:ascii="Arial" w:hAnsi="Arial"/>
                <w:color w:val="333333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7"/>
              </w:rPr>
              <w:t>approvato</w:t>
            </w:r>
            <w:proofErr w:type="spellEnd"/>
            <w:r>
              <w:rPr>
                <w:rFonts w:ascii="Arial" w:hAnsi="Arial"/>
                <w:color w:val="333333"/>
                <w:sz w:val="17"/>
              </w:rPr>
              <w:t xml:space="preserve">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C87212" w14:textId="58EC07BF" w:rsidR="00046955" w:rsidRDefault="00046955" w:rsidP="00046955">
            <w:pPr>
              <w:rPr>
                <w:rFonts w:ascii="Arial" w:hAnsi="Arial"/>
                <w:color w:val="333333"/>
                <w:sz w:val="17"/>
              </w:rPr>
            </w:pPr>
            <w:r>
              <w:rPr>
                <w:rFonts w:ascii="Arial" w:hAnsi="Arial"/>
                <w:color w:val="333333"/>
                <w:sz w:val="17"/>
              </w:rPr>
              <w:t xml:space="preserve">Area </w:t>
            </w:r>
            <w:proofErr w:type="spellStart"/>
            <w:r>
              <w:rPr>
                <w:rFonts w:ascii="Arial" w:hAnsi="Arial"/>
                <w:color w:val="333333"/>
                <w:sz w:val="17"/>
              </w:rPr>
              <w:t>Finanziaria</w:t>
            </w:r>
            <w:proofErr w:type="spellEnd"/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CD091C" w14:textId="71F1FEC1" w:rsidR="00046955" w:rsidRDefault="00046955" w:rsidP="00046955">
            <w:pPr>
              <w:rPr>
                <w:rFonts w:ascii="Arial" w:hAnsi="Arial"/>
                <w:color w:val="333333"/>
                <w:sz w:val="17"/>
              </w:rPr>
            </w:pPr>
            <w:r>
              <w:rPr>
                <w:rFonts w:ascii="Arial" w:hAnsi="Arial"/>
                <w:color w:val="333333"/>
                <w:sz w:val="17"/>
              </w:rPr>
              <w:t xml:space="preserve">Su </w:t>
            </w:r>
            <w:proofErr w:type="spellStart"/>
            <w:r>
              <w:rPr>
                <w:rFonts w:ascii="Arial" w:hAnsi="Arial"/>
                <w:color w:val="333333"/>
                <w:sz w:val="17"/>
              </w:rPr>
              <w:t>istanza</w:t>
            </w:r>
            <w:proofErr w:type="spellEnd"/>
            <w:r>
              <w:rPr>
                <w:rFonts w:ascii="Arial" w:hAnsi="Arial"/>
                <w:color w:val="333333"/>
                <w:sz w:val="17"/>
              </w:rPr>
              <w:t>/</w:t>
            </w:r>
            <w:proofErr w:type="spellStart"/>
            <w:r>
              <w:rPr>
                <w:rFonts w:ascii="Arial" w:hAnsi="Arial"/>
                <w:color w:val="333333"/>
                <w:sz w:val="17"/>
              </w:rPr>
              <w:t>domanda</w:t>
            </w:r>
            <w:proofErr w:type="spellEnd"/>
            <w:r>
              <w:rPr>
                <w:rFonts w:ascii="Arial" w:hAnsi="Arial"/>
                <w:color w:val="333333"/>
                <w:sz w:val="17"/>
              </w:rPr>
              <w:t xml:space="preserve"> di </w:t>
            </w:r>
            <w:proofErr w:type="spellStart"/>
            <w:r>
              <w:rPr>
                <w:rFonts w:ascii="Arial" w:hAnsi="Arial"/>
                <w:color w:val="333333"/>
                <w:sz w:val="17"/>
              </w:rPr>
              <w:t>parte</w:t>
            </w:r>
            <w:proofErr w:type="spellEnd"/>
            <w:r>
              <w:rPr>
                <w:rFonts w:ascii="Arial" w:hAnsi="Arial"/>
                <w:color w:val="333333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7"/>
              </w:rPr>
              <w:t>dell'interessato</w:t>
            </w:r>
            <w:proofErr w:type="spellEnd"/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E35894" w14:textId="6BC7202E" w:rsidR="00046955" w:rsidRDefault="00046955" w:rsidP="00046955">
            <w:pPr>
              <w:rPr>
                <w:rFonts w:ascii="Arial" w:hAnsi="Arial"/>
                <w:i/>
                <w:color w:val="666666"/>
                <w:sz w:val="17"/>
              </w:rPr>
            </w:pPr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CA04B4" w14:textId="512A7E78" w:rsidR="00046955" w:rsidRDefault="00046955" w:rsidP="00046955">
            <w:pPr>
              <w:rPr>
                <w:rFonts w:ascii="Arial" w:hAnsi="Arial"/>
                <w:i/>
                <w:color w:val="666666"/>
                <w:sz w:val="17"/>
              </w:rPr>
            </w:pPr>
            <w:r>
              <w:rPr>
                <w:rFonts w:ascii="Arial" w:hAnsi="Arial"/>
                <w:i/>
                <w:color w:val="666666"/>
                <w:sz w:val="17"/>
              </w:rPr>
              <w:t xml:space="preserve">N.A. (Sotto </w:t>
            </w:r>
            <w:proofErr w:type="spellStart"/>
            <w:r>
              <w:rPr>
                <w:rFonts w:ascii="Arial" w:hAnsi="Arial"/>
                <w:i/>
                <w:color w:val="666666"/>
                <w:sz w:val="17"/>
              </w:rPr>
              <w:t>soglia</w:t>
            </w:r>
            <w:proofErr w:type="spellEnd"/>
            <w:r>
              <w:rPr>
                <w:rFonts w:ascii="Arial" w:hAnsi="Arial"/>
                <w:i/>
                <w:color w:val="666666"/>
                <w:sz w:val="17"/>
              </w:rPr>
              <w:t xml:space="preserve"> di </w:t>
            </w:r>
            <w:proofErr w:type="spellStart"/>
            <w:r>
              <w:rPr>
                <w:rFonts w:ascii="Arial" w:hAnsi="Arial"/>
                <w:i/>
                <w:color w:val="666666"/>
                <w:sz w:val="17"/>
              </w:rPr>
              <w:t>legge</w:t>
            </w:r>
            <w:proofErr w:type="spellEnd"/>
            <w:r>
              <w:rPr>
                <w:rFonts w:ascii="Arial" w:hAnsi="Arial"/>
                <w:i/>
                <w:color w:val="666666"/>
                <w:sz w:val="17"/>
              </w:rPr>
              <w:t>)</w:t>
            </w:r>
          </w:p>
        </w:tc>
      </w:tr>
    </w:tbl>
    <w:p w14:paraId="6C5255E3" w14:textId="77777777" w:rsidR="00B975B8" w:rsidRDefault="00B975B8"/>
    <w:p w14:paraId="2DB5DAA7" w14:textId="77777777" w:rsidR="00B975B8" w:rsidRDefault="00F12850">
      <w:r>
        <w:rPr>
          <w:rFonts w:ascii="Arial" w:hAnsi="Arial"/>
          <w:i/>
          <w:sz w:val="18"/>
        </w:rPr>
        <w:t>Nota metodologica per la verifica OIV / Nucleo di Valutazione:</w:t>
      </w:r>
      <w:r>
        <w:rPr>
          <w:rFonts w:ascii="Arial" w:hAnsi="Arial"/>
          <w:i/>
          <w:sz w:val="18"/>
        </w:rPr>
        <w:br/>
        <w:t>Per le celle indicate come N.A., il portale dell'Ente dichiara formalmente l'assenza del dato per non pertinenza, garantendo il 100% dell'adempimento formale richiesto dalle linee guida ANAC.</w:t>
      </w:r>
    </w:p>
    <w:sectPr w:rsidR="00B975B8" w:rsidSect="00034616">
      <w:pgSz w:w="15840" w:h="122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3748565">
    <w:abstractNumId w:val="8"/>
  </w:num>
  <w:num w:numId="2" w16cid:durableId="489442460">
    <w:abstractNumId w:val="6"/>
  </w:num>
  <w:num w:numId="3" w16cid:durableId="1124889811">
    <w:abstractNumId w:val="5"/>
  </w:num>
  <w:num w:numId="4" w16cid:durableId="419641963">
    <w:abstractNumId w:val="4"/>
  </w:num>
  <w:num w:numId="5" w16cid:durableId="960182879">
    <w:abstractNumId w:val="7"/>
  </w:num>
  <w:num w:numId="6" w16cid:durableId="1380402898">
    <w:abstractNumId w:val="3"/>
  </w:num>
  <w:num w:numId="7" w16cid:durableId="1955285144">
    <w:abstractNumId w:val="2"/>
  </w:num>
  <w:num w:numId="8" w16cid:durableId="1340811496">
    <w:abstractNumId w:val="1"/>
  </w:num>
  <w:num w:numId="9" w16cid:durableId="2019387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955"/>
    <w:rsid w:val="0006063C"/>
    <w:rsid w:val="0015074B"/>
    <w:rsid w:val="00216F47"/>
    <w:rsid w:val="00253386"/>
    <w:rsid w:val="0029639D"/>
    <w:rsid w:val="00326F90"/>
    <w:rsid w:val="00847898"/>
    <w:rsid w:val="00AA1D8D"/>
    <w:rsid w:val="00B47730"/>
    <w:rsid w:val="00B975B8"/>
    <w:rsid w:val="00CB0664"/>
    <w:rsid w:val="00EB3632"/>
    <w:rsid w:val="00EF4154"/>
    <w:rsid w:val="00F128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C0F10F"/>
  <w14:defaultImageDpi w14:val="300"/>
  <w15:docId w15:val="{00F1E0E5-4B20-4567-ACB7-477CFE73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Anagrafe</cp:lastModifiedBy>
  <cp:revision>3</cp:revision>
  <dcterms:created xsi:type="dcterms:W3CDTF">2026-10-22T06:31:00Z</dcterms:created>
  <dcterms:modified xsi:type="dcterms:W3CDTF">2026-10-22T06:32:00Z</dcterms:modified>
  <cp:category/>
</cp:coreProperties>
</file>