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E7328" w14:textId="77777777" w:rsidR="000F45E8" w:rsidRPr="00924A39" w:rsidRDefault="005354C9">
      <w:pPr>
        <w:jc w:val="center"/>
        <w:rPr>
          <w:lang w:val="it-IT"/>
        </w:rPr>
      </w:pPr>
      <w:r w:rsidRPr="00924A39">
        <w:rPr>
          <w:b/>
          <w:sz w:val="28"/>
          <w:lang w:val="it-IT"/>
        </w:rPr>
        <w:t>FORMATO EUROPEO PER IL CURRICULUM VITAE</w:t>
      </w:r>
      <w:r w:rsidRPr="00924A39">
        <w:rPr>
          <w:b/>
          <w:sz w:val="28"/>
          <w:lang w:val="it-IT"/>
        </w:rPr>
        <w:br/>
      </w:r>
    </w:p>
    <w:p w14:paraId="1C249E79" w14:textId="77777777" w:rsidR="000F45E8" w:rsidRDefault="005354C9">
      <w:pPr>
        <w:keepNext/>
        <w:spacing w:before="280" w:after="120"/>
      </w:pPr>
      <w:proofErr w:type="spellStart"/>
      <w:r>
        <w:rPr>
          <w:b/>
          <w:color w:val="003366"/>
          <w:sz w:val="24"/>
        </w:rPr>
        <w:t>Informazioni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personali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0F45E8" w:rsidRPr="00924A39" w14:paraId="271FCE06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3E052BC" w14:textId="77777777" w:rsidR="000F45E8" w:rsidRDefault="005354C9">
            <w:r>
              <w:rPr>
                <w:sz w:val="20"/>
              </w:rPr>
              <w:t xml:space="preserve">Nome e </w:t>
            </w:r>
            <w:proofErr w:type="spellStart"/>
            <w:r>
              <w:rPr>
                <w:sz w:val="20"/>
              </w:rPr>
              <w:t>Cognome</w:t>
            </w:r>
            <w:proofErr w:type="spellEnd"/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FD2DAC7" w14:textId="2EDEFFD4" w:rsidR="000F45E8" w:rsidRPr="00924A39" w:rsidRDefault="00924A39">
            <w:pPr>
              <w:rPr>
                <w:lang w:val="it-IT"/>
              </w:rPr>
            </w:pPr>
            <w:r>
              <w:rPr>
                <w:b/>
                <w:sz w:val="20"/>
                <w:lang w:val="it-IT"/>
              </w:rPr>
              <w:t>Fabio Tallone</w:t>
            </w:r>
          </w:p>
        </w:tc>
      </w:tr>
      <w:tr w:rsidR="000F45E8" w:rsidRPr="00924A39" w14:paraId="6845C6AB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A2F8BD5" w14:textId="77777777" w:rsidR="000F45E8" w:rsidRDefault="005354C9">
            <w:r>
              <w:rPr>
                <w:sz w:val="20"/>
              </w:rPr>
              <w:t xml:space="preserve">E-mail </w:t>
            </w:r>
            <w:proofErr w:type="spellStart"/>
            <w:r>
              <w:rPr>
                <w:sz w:val="20"/>
              </w:rPr>
              <w:t>istituzionale</w:t>
            </w:r>
            <w:proofErr w:type="spellEnd"/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D142113" w14:textId="2E2C8B0A" w:rsidR="000F45E8" w:rsidRPr="00924A39" w:rsidRDefault="00755AFD">
            <w:pPr>
              <w:rPr>
                <w:lang w:val="it-IT"/>
              </w:rPr>
            </w:pPr>
            <w:r>
              <w:rPr>
                <w:sz w:val="20"/>
                <w:lang w:val="it-IT"/>
              </w:rPr>
              <w:t>info@comune.frassino.cn.it</w:t>
            </w:r>
          </w:p>
        </w:tc>
      </w:tr>
      <w:tr w:rsidR="000F45E8" w14:paraId="03A7F85D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7E3761F" w14:textId="77777777" w:rsidR="000F45E8" w:rsidRDefault="005354C9">
            <w:proofErr w:type="spellStart"/>
            <w:r>
              <w:rPr>
                <w:sz w:val="20"/>
              </w:rPr>
              <w:t>Nazionalità</w:t>
            </w:r>
            <w:proofErr w:type="spellEnd"/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C376199" w14:textId="77777777" w:rsidR="000F45E8" w:rsidRDefault="005354C9">
            <w:proofErr w:type="spellStart"/>
            <w:r>
              <w:rPr>
                <w:sz w:val="20"/>
              </w:rPr>
              <w:t>Italiana</w:t>
            </w:r>
            <w:proofErr w:type="spellEnd"/>
          </w:p>
        </w:tc>
      </w:tr>
      <w:tr w:rsidR="000F45E8" w:rsidRPr="00924A39" w14:paraId="4DEF4110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DEFA9BA" w14:textId="77777777" w:rsidR="000F45E8" w:rsidRPr="00924A39" w:rsidRDefault="005354C9">
            <w:pPr>
              <w:rPr>
                <w:lang w:val="it-IT"/>
              </w:rPr>
            </w:pPr>
            <w:r w:rsidRPr="00924A39">
              <w:rPr>
                <w:sz w:val="20"/>
                <w:lang w:val="it-IT"/>
              </w:rPr>
              <w:t>Luogo e data di nascita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E4F2946" w14:textId="4CAB0547" w:rsidR="000F45E8" w:rsidRPr="00924A39" w:rsidRDefault="00924A39">
            <w:pPr>
              <w:rPr>
                <w:lang w:val="it-IT"/>
              </w:rPr>
            </w:pPr>
            <w:r>
              <w:rPr>
                <w:sz w:val="20"/>
                <w:lang w:val="it-IT"/>
              </w:rPr>
              <w:t>Savigliano, 15/12/1982</w:t>
            </w:r>
          </w:p>
        </w:tc>
      </w:tr>
    </w:tbl>
    <w:p w14:paraId="6E9FEC75" w14:textId="77777777" w:rsidR="000F45E8" w:rsidRDefault="005354C9">
      <w:pPr>
        <w:keepNext/>
        <w:spacing w:before="280" w:after="120"/>
      </w:pPr>
      <w:proofErr w:type="spellStart"/>
      <w:r>
        <w:rPr>
          <w:b/>
          <w:color w:val="003366"/>
          <w:sz w:val="24"/>
        </w:rPr>
        <w:t>Esperienza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lavorativa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0F45E8" w14:paraId="4D3CFD84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83F490E" w14:textId="77777777" w:rsidR="000F45E8" w:rsidRDefault="005354C9">
            <w:r>
              <w:rPr>
                <w:sz w:val="20"/>
              </w:rPr>
              <w:t>Data (da – a)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EE25DFF" w14:textId="6C81E1B5" w:rsidR="000F45E8" w:rsidRDefault="005354C9">
            <w:r>
              <w:rPr>
                <w:sz w:val="20"/>
              </w:rPr>
              <w:t xml:space="preserve">DAL </w:t>
            </w:r>
            <w:r w:rsidR="00924A39">
              <w:rPr>
                <w:sz w:val="20"/>
              </w:rPr>
              <w:t>2006</w:t>
            </w:r>
            <w:r w:rsidR="00755AFD">
              <w:rPr>
                <w:sz w:val="20"/>
              </w:rPr>
              <w:t xml:space="preserve"> ad</w:t>
            </w:r>
            <w:r>
              <w:rPr>
                <w:sz w:val="20"/>
              </w:rPr>
              <w:t xml:space="preserve"> </w:t>
            </w:r>
            <w:proofErr w:type="spellStart"/>
            <w:r w:rsidR="00924A39">
              <w:rPr>
                <w:sz w:val="20"/>
              </w:rPr>
              <w:t>oggi</w:t>
            </w:r>
            <w:proofErr w:type="spellEnd"/>
          </w:p>
        </w:tc>
      </w:tr>
      <w:tr w:rsidR="000F45E8" w:rsidRPr="00924A39" w14:paraId="0C357C84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7D690CA" w14:textId="77777777" w:rsidR="000F45E8" w:rsidRPr="00924A39" w:rsidRDefault="005354C9">
            <w:pPr>
              <w:rPr>
                <w:lang w:val="it-IT"/>
              </w:rPr>
            </w:pPr>
            <w:r w:rsidRPr="00924A39">
              <w:rPr>
                <w:sz w:val="20"/>
                <w:lang w:val="it-IT"/>
              </w:rPr>
              <w:t>Nome e indirizzo del datore di lavoro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D7D5513" w14:textId="398221F7" w:rsidR="000F45E8" w:rsidRPr="00924A39" w:rsidRDefault="00924A39">
            <w:pPr>
              <w:rPr>
                <w:lang w:val="it-IT"/>
              </w:rPr>
            </w:pPr>
            <w:r w:rsidRPr="00924A39">
              <w:rPr>
                <w:sz w:val="20"/>
                <w:lang w:val="it-IT"/>
              </w:rPr>
              <w:t>Bitron S.p.A. Unità</w:t>
            </w:r>
            <w:r>
              <w:rPr>
                <w:sz w:val="20"/>
                <w:lang w:val="it-IT"/>
              </w:rPr>
              <w:t xml:space="preserve"> di Rossana</w:t>
            </w:r>
          </w:p>
        </w:tc>
      </w:tr>
      <w:tr w:rsidR="000F45E8" w:rsidRPr="00924A39" w14:paraId="1DD66F88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AF699C8" w14:textId="77777777" w:rsidR="000F45E8" w:rsidRPr="00924A39" w:rsidRDefault="005354C9">
            <w:pPr>
              <w:rPr>
                <w:lang w:val="it-IT"/>
              </w:rPr>
            </w:pPr>
            <w:r w:rsidRPr="00924A39">
              <w:rPr>
                <w:sz w:val="20"/>
                <w:lang w:val="it-IT"/>
              </w:rPr>
              <w:t>Tipo di azienda o settore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17698F2" w14:textId="22570400" w:rsidR="000F45E8" w:rsidRPr="00924A39" w:rsidRDefault="00924A39">
            <w:pPr>
              <w:rPr>
                <w:lang w:val="it-IT"/>
              </w:rPr>
            </w:pPr>
            <w:r>
              <w:rPr>
                <w:sz w:val="20"/>
                <w:lang w:val="it-IT"/>
              </w:rPr>
              <w:t>Metalmeccanica, Automotive</w:t>
            </w:r>
          </w:p>
        </w:tc>
      </w:tr>
      <w:tr w:rsidR="000F45E8" w:rsidRPr="00924A39" w14:paraId="06FA7620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81724C" w14:textId="77777777" w:rsidR="000F45E8" w:rsidRDefault="005354C9">
            <w:r>
              <w:rPr>
                <w:sz w:val="20"/>
              </w:rPr>
              <w:t xml:space="preserve">Tipo di </w:t>
            </w:r>
            <w:proofErr w:type="spellStart"/>
            <w:r>
              <w:rPr>
                <w:sz w:val="20"/>
              </w:rPr>
              <w:t>impiego</w:t>
            </w:r>
            <w:proofErr w:type="spellEnd"/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F0AA8CB" w14:textId="5F320FB9" w:rsidR="000F45E8" w:rsidRPr="00924A39" w:rsidRDefault="00924A39">
            <w:pPr>
              <w:rPr>
                <w:lang w:val="it-IT"/>
              </w:rPr>
            </w:pPr>
            <w:r>
              <w:rPr>
                <w:sz w:val="20"/>
                <w:lang w:val="it-IT"/>
              </w:rPr>
              <w:t>Dipendente</w:t>
            </w:r>
          </w:p>
        </w:tc>
      </w:tr>
      <w:tr w:rsidR="000F45E8" w:rsidRPr="00924A39" w14:paraId="78956D39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1925F33" w14:textId="77777777" w:rsidR="000F45E8" w:rsidRDefault="005354C9">
            <w:proofErr w:type="spellStart"/>
            <w:r>
              <w:rPr>
                <w:sz w:val="20"/>
              </w:rPr>
              <w:t>Principali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mansioni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responsabilità</w:t>
            </w:r>
            <w:proofErr w:type="spellEnd"/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75AFC7E" w14:textId="3D088F57" w:rsidR="000F45E8" w:rsidRPr="00924A39" w:rsidRDefault="00924A39">
            <w:pPr>
              <w:rPr>
                <w:lang w:val="it-IT"/>
              </w:rPr>
            </w:pPr>
            <w:r>
              <w:rPr>
                <w:b/>
                <w:sz w:val="20"/>
                <w:lang w:val="it-IT"/>
              </w:rPr>
              <w:t>Responsabile ufficio Project Managem</w:t>
            </w:r>
            <w:r w:rsidR="00755AFD">
              <w:rPr>
                <w:b/>
                <w:sz w:val="20"/>
                <w:lang w:val="it-IT"/>
              </w:rPr>
              <w:t>e</w:t>
            </w:r>
            <w:r>
              <w:rPr>
                <w:b/>
                <w:sz w:val="20"/>
                <w:lang w:val="it-IT"/>
              </w:rPr>
              <w:t>nt</w:t>
            </w:r>
            <w:r w:rsidR="005354C9" w:rsidRPr="00924A39">
              <w:rPr>
                <w:sz w:val="19"/>
                <w:lang w:val="it-IT"/>
              </w:rPr>
              <w:br/>
            </w:r>
          </w:p>
        </w:tc>
      </w:tr>
    </w:tbl>
    <w:p w14:paraId="178C22DD" w14:textId="77777777" w:rsidR="000F45E8" w:rsidRDefault="005354C9">
      <w:pPr>
        <w:keepNext/>
        <w:spacing w:before="280" w:after="120"/>
      </w:pPr>
      <w:proofErr w:type="spellStart"/>
      <w:r>
        <w:rPr>
          <w:b/>
          <w:color w:val="003366"/>
          <w:sz w:val="24"/>
        </w:rPr>
        <w:t>Istruzione</w:t>
      </w:r>
      <w:proofErr w:type="spellEnd"/>
      <w:r>
        <w:rPr>
          <w:b/>
          <w:color w:val="003366"/>
          <w:sz w:val="24"/>
        </w:rPr>
        <w:t xml:space="preserve"> e </w:t>
      </w:r>
      <w:proofErr w:type="spellStart"/>
      <w:r>
        <w:rPr>
          <w:b/>
          <w:color w:val="003366"/>
          <w:sz w:val="24"/>
        </w:rPr>
        <w:t>formazione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0F45E8" w14:paraId="0D1CFE35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6223533" w14:textId="77777777" w:rsidR="000F45E8" w:rsidRDefault="005354C9">
            <w:r>
              <w:rPr>
                <w:sz w:val="20"/>
              </w:rPr>
              <w:t>Data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95FD938" w14:textId="7B5DEACF" w:rsidR="000F45E8" w:rsidRDefault="005354C9">
            <w:r>
              <w:rPr>
                <w:sz w:val="20"/>
              </w:rPr>
              <w:t xml:space="preserve">A.S. / Anno </w:t>
            </w:r>
            <w:proofErr w:type="spellStart"/>
            <w:r>
              <w:rPr>
                <w:sz w:val="20"/>
              </w:rPr>
              <w:t>Accademico</w:t>
            </w:r>
            <w:proofErr w:type="spellEnd"/>
            <w:r>
              <w:rPr>
                <w:sz w:val="20"/>
              </w:rPr>
              <w:t xml:space="preserve"> </w:t>
            </w:r>
            <w:r w:rsidR="00924A39">
              <w:rPr>
                <w:sz w:val="20"/>
              </w:rPr>
              <w:t>2006</w:t>
            </w:r>
          </w:p>
        </w:tc>
      </w:tr>
      <w:tr w:rsidR="000F45E8" w14:paraId="37009ABF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C50E7F5" w14:textId="77777777" w:rsidR="000F45E8" w:rsidRPr="00924A39" w:rsidRDefault="005354C9">
            <w:pPr>
              <w:rPr>
                <w:lang w:val="it-IT"/>
              </w:rPr>
            </w:pPr>
            <w:r w:rsidRPr="00924A39">
              <w:rPr>
                <w:sz w:val="20"/>
                <w:lang w:val="it-IT"/>
              </w:rPr>
              <w:t>Nome e tipo di istituto di istruzione o formazione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DF7E64" w14:textId="78247CE3" w:rsidR="000F45E8" w:rsidRDefault="00924A39">
            <w:proofErr w:type="spellStart"/>
            <w:r>
              <w:rPr>
                <w:b/>
                <w:sz w:val="20"/>
              </w:rPr>
              <w:t>Politecnico</w:t>
            </w:r>
            <w:proofErr w:type="spellEnd"/>
            <w:r>
              <w:rPr>
                <w:b/>
                <w:sz w:val="20"/>
              </w:rPr>
              <w:t xml:space="preserve"> di Torino</w:t>
            </w:r>
          </w:p>
        </w:tc>
      </w:tr>
      <w:tr w:rsidR="000F45E8" w:rsidRPr="00924A39" w14:paraId="5FF8EC96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D3D51C0" w14:textId="77777777" w:rsidR="000F45E8" w:rsidRPr="00924A39" w:rsidRDefault="005354C9">
            <w:pPr>
              <w:rPr>
                <w:lang w:val="it-IT"/>
              </w:rPr>
            </w:pPr>
            <w:r w:rsidRPr="00924A39">
              <w:rPr>
                <w:sz w:val="20"/>
                <w:lang w:val="it-IT"/>
              </w:rPr>
              <w:t>Principali materie / abilità professionali oggetto del corso di studi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4760DB7" w14:textId="46393719" w:rsidR="000F45E8" w:rsidRPr="00924A39" w:rsidRDefault="00924A39">
            <w:pPr>
              <w:rPr>
                <w:lang w:val="it-IT"/>
              </w:rPr>
            </w:pPr>
            <w:r>
              <w:rPr>
                <w:sz w:val="20"/>
                <w:lang w:val="it-IT"/>
              </w:rPr>
              <w:t>In</w:t>
            </w:r>
            <w:r w:rsidRPr="00924A39">
              <w:rPr>
                <w:sz w:val="20"/>
                <w:lang w:val="it-IT"/>
              </w:rPr>
              <w:t>gegneria elettrica</w:t>
            </w:r>
          </w:p>
        </w:tc>
      </w:tr>
      <w:tr w:rsidR="000F45E8" w:rsidRPr="00924A39" w14:paraId="4D91F596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991ECA" w14:textId="77777777" w:rsidR="000F45E8" w:rsidRDefault="005354C9">
            <w:proofErr w:type="spellStart"/>
            <w:r>
              <w:rPr>
                <w:sz w:val="20"/>
              </w:rPr>
              <w:t>Qualifica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conseguita</w:t>
            </w:r>
            <w:proofErr w:type="spellEnd"/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C3F2597" w14:textId="0AFCCB25" w:rsidR="000F45E8" w:rsidRPr="00924A39" w:rsidRDefault="00924A39">
            <w:pPr>
              <w:rPr>
                <w:lang w:val="it-IT"/>
              </w:rPr>
            </w:pPr>
            <w:r w:rsidRPr="00924A39">
              <w:rPr>
                <w:b/>
                <w:sz w:val="20"/>
                <w:lang w:val="it-IT"/>
              </w:rPr>
              <w:t xml:space="preserve">Laurea Magistrale </w:t>
            </w:r>
          </w:p>
        </w:tc>
      </w:tr>
    </w:tbl>
    <w:p w14:paraId="17CB75AC" w14:textId="77777777" w:rsidR="000F45E8" w:rsidRDefault="005354C9">
      <w:pPr>
        <w:keepNext/>
        <w:spacing w:before="280" w:after="120"/>
      </w:pPr>
      <w:proofErr w:type="spellStart"/>
      <w:r>
        <w:rPr>
          <w:b/>
          <w:color w:val="003366"/>
          <w:sz w:val="24"/>
        </w:rPr>
        <w:lastRenderedPageBreak/>
        <w:t>Capacità</w:t>
      </w:r>
      <w:proofErr w:type="spellEnd"/>
      <w:r>
        <w:rPr>
          <w:b/>
          <w:color w:val="003366"/>
          <w:sz w:val="24"/>
        </w:rPr>
        <w:t xml:space="preserve"> e </w:t>
      </w:r>
      <w:proofErr w:type="spellStart"/>
      <w:r>
        <w:rPr>
          <w:b/>
          <w:color w:val="003366"/>
          <w:sz w:val="24"/>
        </w:rPr>
        <w:t>competenze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personali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0F45E8" w14:paraId="561009C0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36E0B97" w14:textId="77777777" w:rsidR="000F45E8" w:rsidRDefault="005354C9">
            <w:proofErr w:type="spellStart"/>
            <w:r>
              <w:rPr>
                <w:sz w:val="20"/>
              </w:rPr>
              <w:t>Madrelingua</w:t>
            </w:r>
            <w:proofErr w:type="spellEnd"/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FBFA454" w14:textId="77777777" w:rsidR="000F45E8" w:rsidRDefault="005354C9">
            <w:r>
              <w:rPr>
                <w:sz w:val="20"/>
              </w:rPr>
              <w:t>ITALIANA</w:t>
            </w:r>
          </w:p>
        </w:tc>
      </w:tr>
      <w:tr w:rsidR="000F45E8" w:rsidRPr="00924A39" w14:paraId="505BF7FA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052DF6B" w14:textId="77777777" w:rsidR="000F45E8" w:rsidRDefault="005354C9">
            <w:proofErr w:type="spellStart"/>
            <w:r>
              <w:rPr>
                <w:sz w:val="20"/>
              </w:rPr>
              <w:t>Altre</w:t>
            </w:r>
            <w:proofErr w:type="spellEnd"/>
            <w:r>
              <w:rPr>
                <w:sz w:val="20"/>
              </w:rPr>
              <w:t xml:space="preserve"> lingue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51EF73" w14:textId="5AB7595A" w:rsidR="000F45E8" w:rsidRPr="00924A39" w:rsidRDefault="00924A39">
            <w:pPr>
              <w:rPr>
                <w:lang w:val="it-IT"/>
              </w:rPr>
            </w:pPr>
            <w:r>
              <w:rPr>
                <w:sz w:val="20"/>
                <w:lang w:val="it-IT"/>
              </w:rPr>
              <w:t>Tedesco, Inglese</w:t>
            </w:r>
          </w:p>
        </w:tc>
      </w:tr>
      <w:tr w:rsidR="000F45E8" w:rsidRPr="00924A39" w14:paraId="7C0A7066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3450C8E" w14:textId="77777777" w:rsidR="000F45E8" w:rsidRDefault="005354C9">
            <w:r>
              <w:rPr>
                <w:i/>
                <w:sz w:val="20"/>
              </w:rPr>
              <w:t xml:space="preserve">• </w:t>
            </w:r>
            <w:proofErr w:type="spellStart"/>
            <w:r>
              <w:rPr>
                <w:i/>
                <w:sz w:val="20"/>
              </w:rPr>
              <w:t>Capacità</w:t>
            </w:r>
            <w:proofErr w:type="spellEnd"/>
            <w:r>
              <w:rPr>
                <w:i/>
                <w:sz w:val="20"/>
              </w:rPr>
              <w:t xml:space="preserve"> di </w:t>
            </w:r>
            <w:proofErr w:type="spellStart"/>
            <w:r>
              <w:rPr>
                <w:i/>
                <w:sz w:val="20"/>
              </w:rPr>
              <w:t>lettura</w:t>
            </w:r>
            <w:proofErr w:type="spellEnd"/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AFFA284" w14:textId="0CB8CFC8" w:rsidR="000F45E8" w:rsidRPr="00924A39" w:rsidRDefault="00924A39">
            <w:pPr>
              <w:rPr>
                <w:lang w:val="it-IT"/>
              </w:rPr>
            </w:pPr>
            <w:r>
              <w:rPr>
                <w:sz w:val="20"/>
                <w:lang w:val="it-IT"/>
              </w:rPr>
              <w:t>Buono</w:t>
            </w:r>
          </w:p>
        </w:tc>
      </w:tr>
      <w:tr w:rsidR="000F45E8" w:rsidRPr="00924A39" w14:paraId="0A1F5F7D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7870014" w14:textId="77777777" w:rsidR="000F45E8" w:rsidRDefault="005354C9">
            <w:r>
              <w:rPr>
                <w:i/>
                <w:sz w:val="20"/>
              </w:rPr>
              <w:t xml:space="preserve">• </w:t>
            </w:r>
            <w:proofErr w:type="spellStart"/>
            <w:r>
              <w:rPr>
                <w:i/>
                <w:sz w:val="20"/>
              </w:rPr>
              <w:t>Capacità</w:t>
            </w:r>
            <w:proofErr w:type="spellEnd"/>
            <w:r>
              <w:rPr>
                <w:i/>
                <w:sz w:val="20"/>
              </w:rPr>
              <w:t xml:space="preserve"> di </w:t>
            </w:r>
            <w:proofErr w:type="spellStart"/>
            <w:r>
              <w:rPr>
                <w:i/>
                <w:sz w:val="20"/>
              </w:rPr>
              <w:t>scrittura</w:t>
            </w:r>
            <w:proofErr w:type="spellEnd"/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11ABF07" w14:textId="60DCA741" w:rsidR="000F45E8" w:rsidRPr="00924A39" w:rsidRDefault="00924A39">
            <w:pPr>
              <w:rPr>
                <w:lang w:val="it-IT"/>
              </w:rPr>
            </w:pPr>
            <w:r>
              <w:rPr>
                <w:sz w:val="20"/>
                <w:lang w:val="it-IT"/>
              </w:rPr>
              <w:t>Buono</w:t>
            </w:r>
          </w:p>
        </w:tc>
      </w:tr>
      <w:tr w:rsidR="000F45E8" w:rsidRPr="00924A39" w14:paraId="5AD4A654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09F001F" w14:textId="77777777" w:rsidR="000F45E8" w:rsidRDefault="005354C9">
            <w:r>
              <w:rPr>
                <w:i/>
                <w:sz w:val="20"/>
              </w:rPr>
              <w:t xml:space="preserve">• </w:t>
            </w:r>
            <w:proofErr w:type="spellStart"/>
            <w:r>
              <w:rPr>
                <w:i/>
                <w:sz w:val="20"/>
              </w:rPr>
              <w:t>Capacità</w:t>
            </w:r>
            <w:proofErr w:type="spellEnd"/>
            <w:r>
              <w:rPr>
                <w:i/>
                <w:sz w:val="20"/>
              </w:rPr>
              <w:t xml:space="preserve"> di </w:t>
            </w:r>
            <w:proofErr w:type="spellStart"/>
            <w:r>
              <w:rPr>
                <w:i/>
                <w:sz w:val="20"/>
              </w:rPr>
              <w:t>espressione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orale</w:t>
            </w:r>
            <w:proofErr w:type="spellEnd"/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ED48A91" w14:textId="63E735AB" w:rsidR="000F45E8" w:rsidRPr="00924A39" w:rsidRDefault="00924A39">
            <w:pPr>
              <w:rPr>
                <w:lang w:val="it-IT"/>
              </w:rPr>
            </w:pPr>
            <w:r>
              <w:rPr>
                <w:sz w:val="20"/>
                <w:lang w:val="it-IT"/>
              </w:rPr>
              <w:t>Buono</w:t>
            </w:r>
          </w:p>
        </w:tc>
      </w:tr>
      <w:tr w:rsidR="000F45E8" w:rsidRPr="00924A39" w14:paraId="21544062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FDD390" w14:textId="77777777" w:rsidR="000F45E8" w:rsidRDefault="005354C9">
            <w:proofErr w:type="spellStart"/>
            <w:r>
              <w:rPr>
                <w:sz w:val="20"/>
              </w:rPr>
              <w:t>Capacità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competenze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relazionali</w:t>
            </w:r>
            <w:proofErr w:type="spellEnd"/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6A9F621" w14:textId="706A6AB3" w:rsidR="000F45E8" w:rsidRPr="00924A39" w:rsidRDefault="00924A39">
            <w:pPr>
              <w:rPr>
                <w:lang w:val="it-IT"/>
              </w:rPr>
            </w:pPr>
            <w:r>
              <w:rPr>
                <w:sz w:val="20"/>
                <w:lang w:val="it-IT"/>
              </w:rPr>
              <w:t>Lavoro</w:t>
            </w:r>
            <w:r w:rsidR="005354C9" w:rsidRPr="00924A39">
              <w:rPr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con un</w:t>
            </w:r>
            <w:r w:rsidR="00755AFD">
              <w:rPr>
                <w:sz w:val="20"/>
                <w:lang w:val="it-IT"/>
              </w:rPr>
              <w:t>’</w:t>
            </w:r>
            <w:r>
              <w:rPr>
                <w:sz w:val="20"/>
                <w:lang w:val="it-IT"/>
              </w:rPr>
              <w:t>internazionale e mi relaziono giornalmente con i client</w:t>
            </w:r>
            <w:r w:rsidR="00755AFD">
              <w:rPr>
                <w:sz w:val="20"/>
                <w:lang w:val="it-IT"/>
              </w:rPr>
              <w:t>i</w:t>
            </w:r>
            <w:r>
              <w:rPr>
                <w:sz w:val="20"/>
                <w:lang w:val="it-IT"/>
              </w:rPr>
              <w:t xml:space="preserve"> esteri</w:t>
            </w:r>
          </w:p>
        </w:tc>
      </w:tr>
      <w:tr w:rsidR="000F45E8" w:rsidRPr="00924A39" w14:paraId="07F5F9C7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836B4C3" w14:textId="77777777" w:rsidR="000F45E8" w:rsidRDefault="005354C9">
            <w:proofErr w:type="spellStart"/>
            <w:r>
              <w:rPr>
                <w:sz w:val="20"/>
              </w:rPr>
              <w:t>Capacità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competenze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organizzative</w:t>
            </w:r>
            <w:proofErr w:type="spellEnd"/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5C1696B" w14:textId="0B21CCA8" w:rsidR="000F45E8" w:rsidRPr="00924A39" w:rsidRDefault="00924A39">
            <w:pPr>
              <w:rPr>
                <w:lang w:val="it-IT"/>
              </w:rPr>
            </w:pPr>
            <w:r>
              <w:rPr>
                <w:sz w:val="20"/>
                <w:lang w:val="it-IT"/>
              </w:rPr>
              <w:t>Coordino il team di project manager</w:t>
            </w:r>
          </w:p>
        </w:tc>
      </w:tr>
      <w:tr w:rsidR="000F45E8" w:rsidRPr="00924A39" w14:paraId="31914C72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27BFAD9" w14:textId="77777777" w:rsidR="000F45E8" w:rsidRDefault="005354C9">
            <w:proofErr w:type="spellStart"/>
            <w:r>
              <w:rPr>
                <w:sz w:val="20"/>
              </w:rPr>
              <w:t>Capacità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competenze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tecniche</w:t>
            </w:r>
            <w:proofErr w:type="spellEnd"/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953091B" w14:textId="6D0CD13C" w:rsidR="000F45E8" w:rsidRPr="00924A39" w:rsidRDefault="005354C9">
            <w:pPr>
              <w:rPr>
                <w:lang w:val="it-IT"/>
              </w:rPr>
            </w:pPr>
            <w:r w:rsidRPr="00924A39">
              <w:rPr>
                <w:sz w:val="20"/>
                <w:lang w:val="it-IT"/>
              </w:rPr>
              <w:t>Utilizzo del computer, software specifici</w:t>
            </w:r>
            <w:r w:rsidR="00924A39">
              <w:rPr>
                <w:sz w:val="20"/>
                <w:lang w:val="it-IT"/>
              </w:rPr>
              <w:t xml:space="preserve"> della mia mansione</w:t>
            </w:r>
            <w:r w:rsidRPr="00924A39">
              <w:rPr>
                <w:sz w:val="20"/>
                <w:lang w:val="it-IT"/>
              </w:rPr>
              <w:t>, internet, posta elettronica</w:t>
            </w:r>
          </w:p>
        </w:tc>
      </w:tr>
      <w:tr w:rsidR="000F45E8" w:rsidRPr="00924A39" w14:paraId="340908BA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E2E70A8" w14:textId="77777777" w:rsidR="000F45E8" w:rsidRDefault="005354C9">
            <w:proofErr w:type="spellStart"/>
            <w:r>
              <w:rPr>
                <w:sz w:val="20"/>
              </w:rPr>
              <w:t>Capacità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competenze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artistiche</w:t>
            </w:r>
            <w:proofErr w:type="spellEnd"/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A49C32" w14:textId="2D779A0A" w:rsidR="000F45E8" w:rsidRPr="00924A39" w:rsidRDefault="00924A39">
            <w:pPr>
              <w:rPr>
                <w:lang w:val="it-IT"/>
              </w:rPr>
            </w:pPr>
            <w:r>
              <w:rPr>
                <w:sz w:val="20"/>
                <w:lang w:val="it-IT"/>
              </w:rPr>
              <w:t>Scarsa</w:t>
            </w:r>
          </w:p>
        </w:tc>
      </w:tr>
      <w:tr w:rsidR="000F45E8" w:rsidRPr="00924A39" w14:paraId="0E15D466" w14:textId="77777777"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9A083E3" w14:textId="77777777" w:rsidR="000F45E8" w:rsidRDefault="005354C9">
            <w:proofErr w:type="spellStart"/>
            <w:r>
              <w:rPr>
                <w:sz w:val="20"/>
              </w:rPr>
              <w:t>Patente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patenti</w:t>
            </w:r>
            <w:proofErr w:type="spellEnd"/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DF07DC4" w14:textId="230935DF" w:rsidR="000F45E8" w:rsidRPr="00924A39" w:rsidRDefault="005354C9">
            <w:pPr>
              <w:rPr>
                <w:lang w:val="it-IT"/>
              </w:rPr>
            </w:pPr>
            <w:r w:rsidRPr="00924A39">
              <w:rPr>
                <w:sz w:val="20"/>
                <w:lang w:val="it-IT"/>
              </w:rPr>
              <w:t>Patente di guida tipo B</w:t>
            </w:r>
            <w:r w:rsidR="00924A39">
              <w:rPr>
                <w:sz w:val="20"/>
                <w:lang w:val="it-IT"/>
              </w:rPr>
              <w:t>, A</w:t>
            </w:r>
          </w:p>
        </w:tc>
      </w:tr>
    </w:tbl>
    <w:p w14:paraId="201E1496" w14:textId="77777777" w:rsidR="00755AFD" w:rsidRPr="00755AFD" w:rsidRDefault="005354C9">
      <w:pPr>
        <w:spacing w:before="360" w:after="120"/>
        <w:rPr>
          <w:bCs/>
          <w:lang w:val="it-IT"/>
        </w:rPr>
      </w:pPr>
      <w:r w:rsidRPr="00924A39">
        <w:rPr>
          <w:b/>
          <w:lang w:val="it-IT"/>
        </w:rPr>
        <w:br/>
      </w:r>
      <w:r w:rsidRPr="00755AFD">
        <w:rPr>
          <w:bCs/>
          <w:lang w:val="it-IT"/>
        </w:rPr>
        <w:t xml:space="preserve">Data: </w:t>
      </w:r>
      <w:r w:rsidR="00755AFD" w:rsidRPr="00755AFD">
        <w:rPr>
          <w:bCs/>
          <w:lang w:val="it-IT"/>
        </w:rPr>
        <w:t xml:space="preserve">22.10.2021 </w:t>
      </w:r>
    </w:p>
    <w:p w14:paraId="7681FAD5" w14:textId="7EF1DFA7" w:rsidR="000F45E8" w:rsidRPr="00924A39" w:rsidRDefault="005354C9">
      <w:pPr>
        <w:spacing w:before="360" w:after="120"/>
        <w:rPr>
          <w:lang w:val="it-IT"/>
        </w:rPr>
      </w:pPr>
      <w:r w:rsidRPr="00924A39">
        <w:rPr>
          <w:b/>
          <w:lang w:val="it-IT"/>
        </w:rPr>
        <w:br/>
        <w:t xml:space="preserve">Firma: </w:t>
      </w:r>
      <w:r w:rsidRPr="00924A39">
        <w:rPr>
          <w:lang w:val="it-IT"/>
        </w:rPr>
        <w:t>Documento sottoscritto in originale dal titolare dell'incarico.</w:t>
      </w:r>
      <w:r w:rsidRPr="00924A39">
        <w:rPr>
          <w:lang w:val="it-IT"/>
        </w:rPr>
        <w:br/>
      </w:r>
      <w:r w:rsidRPr="00924A39">
        <w:rPr>
          <w:i/>
          <w:sz w:val="19"/>
          <w:lang w:val="it-IT"/>
        </w:rPr>
        <w:t xml:space="preserve">(La firma autografa è omessa sulla copia pubblicata online ai sensi dell'art. 26 del </w:t>
      </w:r>
      <w:proofErr w:type="spellStart"/>
      <w:r w:rsidRPr="00924A39">
        <w:rPr>
          <w:i/>
          <w:sz w:val="19"/>
          <w:lang w:val="it-IT"/>
        </w:rPr>
        <w:t>D.Lgs.</w:t>
      </w:r>
      <w:proofErr w:type="spellEnd"/>
      <w:r w:rsidRPr="00924A39">
        <w:rPr>
          <w:i/>
          <w:sz w:val="19"/>
          <w:lang w:val="it-IT"/>
        </w:rPr>
        <w:t xml:space="preserve"> 33/2013 e delle linee guida del Garante Privacy).</w:t>
      </w:r>
      <w:r w:rsidRPr="00924A39">
        <w:rPr>
          <w:i/>
          <w:sz w:val="19"/>
          <w:lang w:val="it-IT"/>
        </w:rPr>
        <w:br/>
      </w:r>
      <w:r w:rsidRPr="00924A39">
        <w:rPr>
          <w:i/>
          <w:sz w:val="19"/>
          <w:lang w:val="it-IT"/>
        </w:rPr>
        <w:br/>
        <w:t>Autorizzo il trattamento dei miei dati personali ai sensi del D. Lgs. n. 196/2003 e del GDPR (Regolamento UE 2016/679) esclusivamente per le finalità di pubblicazione istituzionale legate agli obblighi di trasparenza dell'ente.</w:t>
      </w:r>
    </w:p>
    <w:sectPr w:rsidR="000F45E8" w:rsidRPr="00924A39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5153259">
    <w:abstractNumId w:val="8"/>
  </w:num>
  <w:num w:numId="2" w16cid:durableId="65762530">
    <w:abstractNumId w:val="6"/>
  </w:num>
  <w:num w:numId="3" w16cid:durableId="916522626">
    <w:abstractNumId w:val="5"/>
  </w:num>
  <w:num w:numId="4" w16cid:durableId="885533160">
    <w:abstractNumId w:val="4"/>
  </w:num>
  <w:num w:numId="5" w16cid:durableId="2038579735">
    <w:abstractNumId w:val="7"/>
  </w:num>
  <w:num w:numId="6" w16cid:durableId="27142641">
    <w:abstractNumId w:val="3"/>
  </w:num>
  <w:num w:numId="7" w16cid:durableId="1330715088">
    <w:abstractNumId w:val="2"/>
  </w:num>
  <w:num w:numId="8" w16cid:durableId="864565561">
    <w:abstractNumId w:val="1"/>
  </w:num>
  <w:num w:numId="9" w16cid:durableId="152650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45E8"/>
    <w:rsid w:val="0015074B"/>
    <w:rsid w:val="0029639D"/>
    <w:rsid w:val="00326F90"/>
    <w:rsid w:val="005354C9"/>
    <w:rsid w:val="005E490C"/>
    <w:rsid w:val="00755AFD"/>
    <w:rsid w:val="00924A39"/>
    <w:rsid w:val="00AA1D8D"/>
    <w:rsid w:val="00B47730"/>
    <w:rsid w:val="00CB0664"/>
    <w:rsid w:val="00EF41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7D3957"/>
  <w14:defaultImageDpi w14:val="300"/>
  <w15:docId w15:val="{00F1E0E5-4B20-4567-ACB7-477CFE735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hAnsi="Arial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Anagrafe</cp:lastModifiedBy>
  <cp:revision>2</cp:revision>
  <dcterms:created xsi:type="dcterms:W3CDTF">2026-09-15T06:30:00Z</dcterms:created>
  <dcterms:modified xsi:type="dcterms:W3CDTF">2026-09-15T06:30:00Z</dcterms:modified>
  <cp:category/>
</cp:coreProperties>
</file>