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7328" w14:textId="77777777" w:rsidR="000F45E8" w:rsidRDefault="005354C9">
      <w:pPr>
        <w:jc w:val="center"/>
      </w:pPr>
      <w:r>
        <w:rPr>
          <w:b/>
          <w:sz w:val="28"/>
        </w:rPr>
        <w:t>FORMATO EUROPEO PER IL CURRICULUM VITAE</w:t>
      </w:r>
      <w:r>
        <w:rPr>
          <w:b/>
          <w:sz w:val="28"/>
        </w:rPr>
        <w:br/>
      </w:r>
    </w:p>
    <w:p w14:paraId="1C249E79" w14:textId="77777777" w:rsidR="000F45E8" w:rsidRDefault="005354C9">
      <w:pPr>
        <w:keepNext/>
        <w:spacing w:before="280" w:after="120"/>
      </w:pPr>
      <w:r>
        <w:rPr>
          <w:b/>
          <w:color w:val="003366"/>
          <w:sz w:val="24"/>
        </w:rPr>
        <w:t>Informazioni personali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14:paraId="271FCE0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E052BC" w14:textId="77777777" w:rsidR="000F45E8" w:rsidRDefault="005354C9">
            <w:r>
              <w:rPr>
                <w:sz w:val="20"/>
              </w:rPr>
              <w:t>Nome e Cognome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D2DAC7" w14:textId="61BE7C4A" w:rsidR="000F45E8" w:rsidRPr="00CB5A6C" w:rsidRDefault="009D7BD0">
            <w:pPr>
              <w:rPr>
                <w:sz w:val="24"/>
                <w:szCs w:val="24"/>
              </w:rPr>
            </w:pPr>
            <w:r w:rsidRPr="00CB5A6C">
              <w:rPr>
                <w:b/>
                <w:sz w:val="24"/>
                <w:szCs w:val="24"/>
              </w:rPr>
              <w:t>Armando Luigi GIUSIANO</w:t>
            </w:r>
          </w:p>
        </w:tc>
      </w:tr>
      <w:tr w:rsidR="000F45E8" w14:paraId="6845C6AB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2F8BD5" w14:textId="77777777" w:rsidR="000F45E8" w:rsidRDefault="005354C9">
            <w:r>
              <w:rPr>
                <w:sz w:val="20"/>
              </w:rPr>
              <w:t>E-mail istituzionale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142113" w14:textId="43CBDB87" w:rsidR="000F45E8" w:rsidRDefault="000A3024">
            <w:r>
              <w:rPr>
                <w:sz w:val="20"/>
              </w:rPr>
              <w:t>info@comune.frassino.cn.it</w:t>
            </w:r>
          </w:p>
        </w:tc>
      </w:tr>
      <w:tr w:rsidR="000F45E8" w14:paraId="03A7F85D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E3761F" w14:textId="77777777" w:rsidR="000F45E8" w:rsidRDefault="005354C9">
            <w:r>
              <w:rPr>
                <w:sz w:val="20"/>
              </w:rPr>
              <w:t>Nazionalità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376199" w14:textId="77777777" w:rsidR="000F45E8" w:rsidRDefault="005354C9">
            <w:r>
              <w:rPr>
                <w:sz w:val="20"/>
              </w:rPr>
              <w:t>Italiana</w:t>
            </w:r>
          </w:p>
        </w:tc>
      </w:tr>
      <w:tr w:rsidR="000F45E8" w14:paraId="4DEF4110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EFA9BA" w14:textId="77777777" w:rsidR="000F45E8" w:rsidRDefault="005354C9">
            <w:r>
              <w:rPr>
                <w:sz w:val="20"/>
              </w:rPr>
              <w:t>Luogo e data di nascita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4F2946" w14:textId="0232379E" w:rsidR="000F45E8" w:rsidRDefault="009D7BD0">
            <w:r>
              <w:rPr>
                <w:sz w:val="20"/>
              </w:rPr>
              <w:t>Saluzzo, 29/05/1973</w:t>
            </w:r>
          </w:p>
        </w:tc>
      </w:tr>
    </w:tbl>
    <w:p w14:paraId="6E9FEC75" w14:textId="77777777" w:rsidR="000F45E8" w:rsidRDefault="005354C9">
      <w:pPr>
        <w:keepNext/>
        <w:spacing w:before="280" w:after="120"/>
      </w:pPr>
      <w:r>
        <w:rPr>
          <w:b/>
          <w:color w:val="003366"/>
          <w:sz w:val="24"/>
        </w:rPr>
        <w:t>Esperienza lavorativa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14:paraId="4D3CFD84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3F490E" w14:textId="77777777" w:rsidR="000F45E8" w:rsidRDefault="005354C9">
            <w:r>
              <w:rPr>
                <w:sz w:val="20"/>
              </w:rPr>
              <w:t>Data (da – a)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E25DFF" w14:textId="78D97B75" w:rsidR="000F45E8" w:rsidRDefault="005354C9" w:rsidP="009D7BD0">
            <w:r>
              <w:rPr>
                <w:sz w:val="20"/>
              </w:rPr>
              <w:t xml:space="preserve">DAL </w:t>
            </w:r>
            <w:r w:rsidR="009D7BD0">
              <w:rPr>
                <w:sz w:val="20"/>
              </w:rPr>
              <w:t>1988 al 1990</w:t>
            </w:r>
          </w:p>
        </w:tc>
      </w:tr>
      <w:tr w:rsidR="000F45E8" w14:paraId="0C357C84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D690CA" w14:textId="77777777" w:rsidR="000F45E8" w:rsidRDefault="005354C9">
            <w:r>
              <w:rPr>
                <w:sz w:val="20"/>
              </w:rPr>
              <w:t>Nome e indirizzo del datore di lavoro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7D5513" w14:textId="7D79B415" w:rsidR="000F45E8" w:rsidRDefault="00CB5A6C" w:rsidP="00CB5A6C">
            <w:r>
              <w:rPr>
                <w:sz w:val="20"/>
              </w:rPr>
              <w:t>Famiglia a Frassino</w:t>
            </w:r>
          </w:p>
        </w:tc>
      </w:tr>
      <w:tr w:rsidR="000F45E8" w14:paraId="1DD66F88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F699C8" w14:textId="77777777" w:rsidR="000F45E8" w:rsidRDefault="005354C9">
            <w:r>
              <w:rPr>
                <w:sz w:val="20"/>
              </w:rPr>
              <w:t>Tipo di azienda o settore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7698F2" w14:textId="6C8974B6" w:rsidR="000F45E8" w:rsidRDefault="00CB5A6C">
            <w:proofErr w:type="spellStart"/>
            <w:r>
              <w:rPr>
                <w:sz w:val="20"/>
              </w:rPr>
              <w:t>Agricolo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 w:rsidR="009D7BD0">
              <w:rPr>
                <w:sz w:val="20"/>
              </w:rPr>
              <w:t>coltivatori</w:t>
            </w:r>
            <w:proofErr w:type="spellEnd"/>
          </w:p>
        </w:tc>
      </w:tr>
      <w:tr w:rsidR="000F45E8" w14:paraId="06FA7620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81724C" w14:textId="77777777" w:rsidR="000F45E8" w:rsidRDefault="005354C9">
            <w:r>
              <w:rPr>
                <w:sz w:val="20"/>
              </w:rPr>
              <w:t xml:space="preserve">Tipo di </w:t>
            </w:r>
            <w:proofErr w:type="spellStart"/>
            <w:r>
              <w:rPr>
                <w:sz w:val="20"/>
              </w:rPr>
              <w:t>impiego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0AA8CB" w14:textId="1A0B41E9" w:rsidR="000F45E8" w:rsidRPr="00CB5A6C" w:rsidRDefault="00D56393">
            <w:pPr>
              <w:rPr>
                <w:sz w:val="20"/>
                <w:szCs w:val="20"/>
              </w:rPr>
            </w:pPr>
            <w:proofErr w:type="spellStart"/>
            <w:r w:rsidRPr="00CB5A6C">
              <w:rPr>
                <w:sz w:val="20"/>
                <w:szCs w:val="20"/>
              </w:rPr>
              <w:t>coltivatore</w:t>
            </w:r>
            <w:proofErr w:type="spellEnd"/>
          </w:p>
        </w:tc>
      </w:tr>
    </w:tbl>
    <w:p w14:paraId="0976F11D" w14:textId="77777777" w:rsidR="00636B8D" w:rsidRPr="00636B8D" w:rsidRDefault="00636B8D" w:rsidP="00636B8D">
      <w:pPr>
        <w:keepNext/>
        <w:spacing w:before="280" w:after="120"/>
      </w:pPr>
      <w:proofErr w:type="spellStart"/>
      <w:r w:rsidRPr="00636B8D">
        <w:rPr>
          <w:b/>
          <w:color w:val="003366"/>
          <w:sz w:val="24"/>
        </w:rPr>
        <w:t>Esperienza</w:t>
      </w:r>
      <w:proofErr w:type="spellEnd"/>
      <w:r w:rsidRPr="00636B8D">
        <w:rPr>
          <w:b/>
          <w:color w:val="003366"/>
          <w:sz w:val="24"/>
        </w:rPr>
        <w:t xml:space="preserve"> </w:t>
      </w:r>
      <w:proofErr w:type="spellStart"/>
      <w:r w:rsidRPr="00636B8D">
        <w:rPr>
          <w:b/>
          <w:color w:val="003366"/>
          <w:sz w:val="24"/>
        </w:rPr>
        <w:t>lavorativa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36B8D" w:rsidRPr="00636B8D" w14:paraId="5C4C6D0E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0C9664" w14:textId="77777777" w:rsidR="00636B8D" w:rsidRPr="00636B8D" w:rsidRDefault="00636B8D" w:rsidP="00636B8D">
            <w:r w:rsidRPr="00636B8D">
              <w:rPr>
                <w:sz w:val="20"/>
              </w:rPr>
              <w:t>Data (da – a)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F23E4B" w14:textId="535090AF" w:rsidR="00636B8D" w:rsidRPr="00636B8D" w:rsidRDefault="00636B8D" w:rsidP="00636B8D">
            <w:r w:rsidRPr="00636B8D">
              <w:rPr>
                <w:sz w:val="20"/>
              </w:rPr>
              <w:t xml:space="preserve">DAL </w:t>
            </w:r>
            <w:r>
              <w:rPr>
                <w:sz w:val="20"/>
              </w:rPr>
              <w:t>1990</w:t>
            </w:r>
            <w:r w:rsidRPr="00636B8D">
              <w:rPr>
                <w:sz w:val="20"/>
              </w:rPr>
              <w:t xml:space="preserve"> al 199</w:t>
            </w:r>
            <w:r>
              <w:rPr>
                <w:sz w:val="20"/>
              </w:rPr>
              <w:t>6</w:t>
            </w:r>
          </w:p>
        </w:tc>
      </w:tr>
      <w:tr w:rsidR="00636B8D" w:rsidRPr="00636B8D" w14:paraId="3D72AB0F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00998F" w14:textId="77777777" w:rsidR="00636B8D" w:rsidRPr="00636B8D" w:rsidRDefault="00636B8D" w:rsidP="00636B8D">
            <w:r w:rsidRPr="00636B8D">
              <w:rPr>
                <w:sz w:val="20"/>
              </w:rPr>
              <w:t xml:space="preserve">Nome e </w:t>
            </w:r>
            <w:proofErr w:type="spellStart"/>
            <w:r w:rsidRPr="00636B8D">
              <w:rPr>
                <w:sz w:val="20"/>
              </w:rPr>
              <w:t>indirizzo</w:t>
            </w:r>
            <w:proofErr w:type="spellEnd"/>
            <w:r w:rsidRPr="00636B8D">
              <w:rPr>
                <w:sz w:val="20"/>
              </w:rPr>
              <w:t xml:space="preserve"> del </w:t>
            </w:r>
            <w:proofErr w:type="spellStart"/>
            <w:r w:rsidRPr="00636B8D">
              <w:rPr>
                <w:sz w:val="20"/>
              </w:rPr>
              <w:t>datore</w:t>
            </w:r>
            <w:proofErr w:type="spellEnd"/>
            <w:r w:rsidRPr="00636B8D">
              <w:rPr>
                <w:sz w:val="20"/>
              </w:rPr>
              <w:t xml:space="preserve"> di </w:t>
            </w:r>
            <w:proofErr w:type="spellStart"/>
            <w:r w:rsidRPr="00636B8D">
              <w:rPr>
                <w:sz w:val="20"/>
              </w:rPr>
              <w:t>lavoro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0FFD3B" w14:textId="7EB193B2" w:rsidR="00636B8D" w:rsidRPr="00636B8D" w:rsidRDefault="00636B8D" w:rsidP="00CB5A6C">
            <w:pPr>
              <w:rPr>
                <w:sz w:val="22"/>
              </w:rPr>
            </w:pPr>
            <w:r w:rsidRPr="00CB5A6C">
              <w:rPr>
                <w:sz w:val="22"/>
              </w:rPr>
              <w:t>Gallel</w:t>
            </w:r>
            <w:r w:rsidR="000A3024">
              <w:rPr>
                <w:sz w:val="22"/>
              </w:rPr>
              <w:t>l</w:t>
            </w:r>
            <w:r w:rsidRPr="00CB5A6C">
              <w:rPr>
                <w:sz w:val="22"/>
              </w:rPr>
              <w:t>o Roberto - Frassino</w:t>
            </w:r>
          </w:p>
        </w:tc>
      </w:tr>
      <w:tr w:rsidR="00636B8D" w:rsidRPr="00636B8D" w14:paraId="64691C76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192421" w14:textId="77777777" w:rsidR="00636B8D" w:rsidRPr="00636B8D" w:rsidRDefault="00636B8D" w:rsidP="00636B8D">
            <w:r w:rsidRPr="00636B8D">
              <w:rPr>
                <w:sz w:val="20"/>
              </w:rPr>
              <w:t xml:space="preserve">Tipo di </w:t>
            </w:r>
            <w:proofErr w:type="spellStart"/>
            <w:r w:rsidRPr="00636B8D">
              <w:rPr>
                <w:sz w:val="20"/>
              </w:rPr>
              <w:t>azienda</w:t>
            </w:r>
            <w:proofErr w:type="spellEnd"/>
            <w:r w:rsidRPr="00636B8D">
              <w:rPr>
                <w:sz w:val="20"/>
              </w:rPr>
              <w:t xml:space="preserve"> o </w:t>
            </w:r>
            <w:proofErr w:type="spellStart"/>
            <w:r w:rsidRPr="00636B8D">
              <w:rPr>
                <w:sz w:val="20"/>
              </w:rPr>
              <w:t>settore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8C0358" w14:textId="396B1A41" w:rsidR="00636B8D" w:rsidRPr="00636B8D" w:rsidRDefault="00636B8D" w:rsidP="00636B8D">
            <w:pPr>
              <w:rPr>
                <w:sz w:val="20"/>
                <w:szCs w:val="20"/>
              </w:rPr>
            </w:pPr>
            <w:r w:rsidRPr="00A0284A">
              <w:rPr>
                <w:sz w:val="20"/>
                <w:szCs w:val="20"/>
              </w:rPr>
              <w:t xml:space="preserve">Costruzioni </w:t>
            </w:r>
            <w:proofErr w:type="spellStart"/>
            <w:r w:rsidRPr="00A0284A">
              <w:rPr>
                <w:sz w:val="20"/>
                <w:szCs w:val="20"/>
              </w:rPr>
              <w:t>stradali</w:t>
            </w:r>
            <w:proofErr w:type="spellEnd"/>
            <w:r w:rsidRPr="00A0284A">
              <w:rPr>
                <w:sz w:val="20"/>
                <w:szCs w:val="20"/>
              </w:rPr>
              <w:t xml:space="preserve">, </w:t>
            </w:r>
            <w:proofErr w:type="spellStart"/>
            <w:r w:rsidRPr="00A0284A">
              <w:rPr>
                <w:sz w:val="20"/>
                <w:szCs w:val="20"/>
              </w:rPr>
              <w:t>movimento</w:t>
            </w:r>
            <w:proofErr w:type="spellEnd"/>
            <w:r w:rsidRPr="00A0284A">
              <w:rPr>
                <w:sz w:val="20"/>
                <w:szCs w:val="20"/>
              </w:rPr>
              <w:t xml:space="preserve"> terra e </w:t>
            </w:r>
            <w:proofErr w:type="spellStart"/>
            <w:r w:rsidRPr="00A0284A">
              <w:rPr>
                <w:sz w:val="20"/>
                <w:szCs w:val="20"/>
              </w:rPr>
              <w:t>asfalti</w:t>
            </w:r>
            <w:proofErr w:type="spellEnd"/>
          </w:p>
        </w:tc>
      </w:tr>
      <w:tr w:rsidR="00636B8D" w:rsidRPr="00636B8D" w14:paraId="6D2F6BE1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75BE60" w14:textId="77777777" w:rsidR="00636B8D" w:rsidRPr="00636B8D" w:rsidRDefault="00636B8D" w:rsidP="00636B8D">
            <w:r w:rsidRPr="00636B8D">
              <w:rPr>
                <w:sz w:val="20"/>
              </w:rPr>
              <w:t xml:space="preserve">Tipo di </w:t>
            </w:r>
            <w:proofErr w:type="spellStart"/>
            <w:r w:rsidRPr="00636B8D">
              <w:rPr>
                <w:sz w:val="20"/>
              </w:rPr>
              <w:t>impiego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1524BE" w14:textId="5C486D5B" w:rsidR="00636B8D" w:rsidRPr="00636B8D" w:rsidRDefault="00636B8D" w:rsidP="00636B8D">
            <w:pPr>
              <w:rPr>
                <w:sz w:val="20"/>
                <w:szCs w:val="20"/>
              </w:rPr>
            </w:pPr>
            <w:proofErr w:type="spellStart"/>
            <w:r w:rsidRPr="00A0284A">
              <w:rPr>
                <w:sz w:val="20"/>
                <w:szCs w:val="20"/>
              </w:rPr>
              <w:t>Operaio</w:t>
            </w:r>
            <w:proofErr w:type="spellEnd"/>
            <w:r w:rsidRPr="00A0284A">
              <w:rPr>
                <w:sz w:val="20"/>
                <w:szCs w:val="20"/>
              </w:rPr>
              <w:t xml:space="preserve"> </w:t>
            </w:r>
            <w:proofErr w:type="spellStart"/>
            <w:r w:rsidRPr="00A0284A">
              <w:rPr>
                <w:sz w:val="20"/>
                <w:szCs w:val="20"/>
              </w:rPr>
              <w:t>specializzato</w:t>
            </w:r>
            <w:proofErr w:type="spellEnd"/>
          </w:p>
        </w:tc>
      </w:tr>
    </w:tbl>
    <w:p w14:paraId="664D454A" w14:textId="77777777" w:rsidR="00636B8D" w:rsidRPr="00636B8D" w:rsidRDefault="00636B8D" w:rsidP="00636B8D">
      <w:pPr>
        <w:keepNext/>
        <w:spacing w:before="280" w:after="120"/>
      </w:pPr>
      <w:proofErr w:type="spellStart"/>
      <w:r w:rsidRPr="00636B8D">
        <w:rPr>
          <w:b/>
          <w:color w:val="003366"/>
          <w:sz w:val="24"/>
        </w:rPr>
        <w:t>Esperienza</w:t>
      </w:r>
      <w:proofErr w:type="spellEnd"/>
      <w:r w:rsidRPr="00636B8D">
        <w:rPr>
          <w:b/>
          <w:color w:val="003366"/>
          <w:sz w:val="24"/>
        </w:rPr>
        <w:t xml:space="preserve"> </w:t>
      </w:r>
      <w:proofErr w:type="spellStart"/>
      <w:r w:rsidRPr="00636B8D">
        <w:rPr>
          <w:b/>
          <w:color w:val="003366"/>
          <w:sz w:val="24"/>
        </w:rPr>
        <w:t>lavorativa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36B8D" w:rsidRPr="00636B8D" w14:paraId="5EE05106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68102F" w14:textId="77777777" w:rsidR="00636B8D" w:rsidRPr="00636B8D" w:rsidRDefault="00636B8D" w:rsidP="00E170A1">
            <w:r w:rsidRPr="00636B8D">
              <w:rPr>
                <w:sz w:val="20"/>
              </w:rPr>
              <w:t>Data (da – a)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41AEEB" w14:textId="55B5B019" w:rsidR="00636B8D" w:rsidRPr="00636B8D" w:rsidRDefault="00636B8D" w:rsidP="00D56393">
            <w:r w:rsidRPr="00636B8D">
              <w:rPr>
                <w:sz w:val="20"/>
              </w:rPr>
              <w:t xml:space="preserve">DAL </w:t>
            </w:r>
            <w:r>
              <w:rPr>
                <w:sz w:val="20"/>
              </w:rPr>
              <w:t>199</w:t>
            </w:r>
            <w:r w:rsidR="00D56393">
              <w:rPr>
                <w:sz w:val="20"/>
              </w:rPr>
              <w:t>6</w:t>
            </w:r>
            <w:r w:rsidRPr="00636B8D">
              <w:rPr>
                <w:sz w:val="20"/>
              </w:rPr>
              <w:t xml:space="preserve"> </w:t>
            </w:r>
            <w:r w:rsidR="00D56393">
              <w:rPr>
                <w:sz w:val="20"/>
              </w:rPr>
              <w:t xml:space="preserve">ad </w:t>
            </w:r>
            <w:proofErr w:type="spellStart"/>
            <w:r w:rsidR="00D56393">
              <w:rPr>
                <w:sz w:val="20"/>
              </w:rPr>
              <w:t>oggi</w:t>
            </w:r>
            <w:proofErr w:type="spellEnd"/>
          </w:p>
        </w:tc>
      </w:tr>
      <w:tr w:rsidR="00636B8D" w:rsidRPr="00636B8D" w14:paraId="51BFDA37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914359" w14:textId="77777777" w:rsidR="00636B8D" w:rsidRPr="00636B8D" w:rsidRDefault="00636B8D" w:rsidP="00E170A1">
            <w:r w:rsidRPr="00636B8D">
              <w:rPr>
                <w:sz w:val="20"/>
              </w:rPr>
              <w:t xml:space="preserve">Nome e </w:t>
            </w:r>
            <w:proofErr w:type="spellStart"/>
            <w:r w:rsidRPr="00636B8D">
              <w:rPr>
                <w:sz w:val="20"/>
              </w:rPr>
              <w:t>indirizzo</w:t>
            </w:r>
            <w:proofErr w:type="spellEnd"/>
            <w:r w:rsidRPr="00636B8D">
              <w:rPr>
                <w:sz w:val="20"/>
              </w:rPr>
              <w:t xml:space="preserve"> del </w:t>
            </w:r>
            <w:proofErr w:type="spellStart"/>
            <w:r w:rsidRPr="00636B8D">
              <w:rPr>
                <w:sz w:val="20"/>
              </w:rPr>
              <w:t>datore</w:t>
            </w:r>
            <w:proofErr w:type="spellEnd"/>
            <w:r w:rsidRPr="00636B8D">
              <w:rPr>
                <w:sz w:val="20"/>
              </w:rPr>
              <w:t xml:space="preserve"> di </w:t>
            </w:r>
            <w:proofErr w:type="spellStart"/>
            <w:r w:rsidRPr="00636B8D">
              <w:rPr>
                <w:sz w:val="20"/>
              </w:rPr>
              <w:t>lavoro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D183F4" w14:textId="03C1B04E" w:rsidR="00636B8D" w:rsidRPr="00636B8D" w:rsidRDefault="00336EB5" w:rsidP="00E170A1">
            <w:pPr>
              <w:rPr>
                <w:sz w:val="22"/>
              </w:rPr>
            </w:pPr>
            <w:proofErr w:type="spellStart"/>
            <w:r w:rsidRPr="00CB5A6C">
              <w:rPr>
                <w:sz w:val="22"/>
              </w:rPr>
              <w:t>Giusiano</w:t>
            </w:r>
            <w:proofErr w:type="spellEnd"/>
            <w:r w:rsidRPr="00CB5A6C">
              <w:rPr>
                <w:sz w:val="22"/>
              </w:rPr>
              <w:t xml:space="preserve"> Arm</w:t>
            </w:r>
            <w:r w:rsidR="00CB5A6C" w:rsidRPr="00CB5A6C">
              <w:rPr>
                <w:sz w:val="22"/>
              </w:rPr>
              <w:t>a</w:t>
            </w:r>
            <w:r w:rsidRPr="00CB5A6C">
              <w:rPr>
                <w:sz w:val="22"/>
              </w:rPr>
              <w:t xml:space="preserve">ndo Luigi </w:t>
            </w:r>
          </w:p>
        </w:tc>
      </w:tr>
      <w:tr w:rsidR="00636B8D" w:rsidRPr="00636B8D" w14:paraId="2C4230C1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23611F" w14:textId="77777777" w:rsidR="00636B8D" w:rsidRPr="00636B8D" w:rsidRDefault="00636B8D" w:rsidP="00E170A1">
            <w:r w:rsidRPr="00636B8D">
              <w:rPr>
                <w:sz w:val="20"/>
              </w:rPr>
              <w:t xml:space="preserve">Tipo di </w:t>
            </w:r>
            <w:proofErr w:type="spellStart"/>
            <w:r w:rsidRPr="00636B8D">
              <w:rPr>
                <w:sz w:val="20"/>
              </w:rPr>
              <w:t>azienda</w:t>
            </w:r>
            <w:proofErr w:type="spellEnd"/>
            <w:r w:rsidRPr="00636B8D">
              <w:rPr>
                <w:sz w:val="20"/>
              </w:rPr>
              <w:t xml:space="preserve"> o </w:t>
            </w:r>
            <w:proofErr w:type="spellStart"/>
            <w:r w:rsidRPr="00636B8D">
              <w:rPr>
                <w:sz w:val="20"/>
              </w:rPr>
              <w:t>settore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51C6BE" w14:textId="5B064B94" w:rsidR="00636B8D" w:rsidRPr="00636B8D" w:rsidRDefault="00D56393" w:rsidP="00E170A1">
            <w:pPr>
              <w:rPr>
                <w:sz w:val="20"/>
                <w:szCs w:val="20"/>
              </w:rPr>
            </w:pPr>
            <w:r w:rsidRPr="00CB5A6C">
              <w:rPr>
                <w:sz w:val="20"/>
                <w:szCs w:val="20"/>
              </w:rPr>
              <w:t xml:space="preserve">Ditta </w:t>
            </w:r>
            <w:proofErr w:type="spellStart"/>
            <w:r w:rsidRPr="00CB5A6C">
              <w:rPr>
                <w:sz w:val="20"/>
                <w:szCs w:val="20"/>
              </w:rPr>
              <w:t>individuale</w:t>
            </w:r>
            <w:proofErr w:type="spellEnd"/>
            <w:r w:rsidRPr="00CB5A6C">
              <w:rPr>
                <w:sz w:val="20"/>
                <w:szCs w:val="20"/>
              </w:rPr>
              <w:t xml:space="preserve"> - </w:t>
            </w:r>
            <w:proofErr w:type="spellStart"/>
            <w:r w:rsidRPr="00CB5A6C">
              <w:rPr>
                <w:sz w:val="20"/>
                <w:szCs w:val="20"/>
              </w:rPr>
              <w:t>Autonomo</w:t>
            </w:r>
            <w:proofErr w:type="spellEnd"/>
          </w:p>
        </w:tc>
      </w:tr>
      <w:tr w:rsidR="00636B8D" w:rsidRPr="00636B8D" w14:paraId="0334CC54" w14:textId="77777777" w:rsidTr="00E170A1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552BC4" w14:textId="77777777" w:rsidR="00636B8D" w:rsidRPr="00636B8D" w:rsidRDefault="00636B8D" w:rsidP="00E170A1">
            <w:r w:rsidRPr="00636B8D">
              <w:rPr>
                <w:sz w:val="20"/>
              </w:rPr>
              <w:t xml:space="preserve">Tipo di </w:t>
            </w:r>
            <w:proofErr w:type="spellStart"/>
            <w:r w:rsidRPr="00636B8D">
              <w:rPr>
                <w:sz w:val="20"/>
              </w:rPr>
              <w:t>impiego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7CB4E7" w14:textId="32DA07B9" w:rsidR="00636B8D" w:rsidRPr="00636B8D" w:rsidRDefault="00336EB5" w:rsidP="00E170A1">
            <w:pPr>
              <w:rPr>
                <w:sz w:val="20"/>
                <w:szCs w:val="20"/>
              </w:rPr>
            </w:pPr>
            <w:proofErr w:type="spellStart"/>
            <w:r w:rsidRPr="00CB5A6C">
              <w:rPr>
                <w:sz w:val="20"/>
                <w:szCs w:val="20"/>
              </w:rPr>
              <w:t>Titolare</w:t>
            </w:r>
            <w:proofErr w:type="spellEnd"/>
          </w:p>
        </w:tc>
      </w:tr>
    </w:tbl>
    <w:p w14:paraId="178C22DD" w14:textId="77777777" w:rsidR="000F45E8" w:rsidRDefault="005354C9">
      <w:pPr>
        <w:keepNext/>
        <w:spacing w:before="280" w:after="120"/>
      </w:pPr>
      <w:proofErr w:type="spellStart"/>
      <w:r>
        <w:rPr>
          <w:b/>
          <w:color w:val="003366"/>
          <w:sz w:val="24"/>
        </w:rPr>
        <w:lastRenderedPageBreak/>
        <w:t>Istruzione</w:t>
      </w:r>
      <w:proofErr w:type="spellEnd"/>
      <w:r>
        <w:rPr>
          <w:b/>
          <w:color w:val="003366"/>
          <w:sz w:val="24"/>
        </w:rPr>
        <w:t xml:space="preserve"> e </w:t>
      </w:r>
      <w:proofErr w:type="spellStart"/>
      <w:r>
        <w:rPr>
          <w:b/>
          <w:color w:val="003366"/>
          <w:sz w:val="24"/>
        </w:rPr>
        <w:t>formazione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14:paraId="0D1CFE35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223533" w14:textId="77777777" w:rsidR="000F45E8" w:rsidRDefault="005354C9">
            <w:r>
              <w:rPr>
                <w:sz w:val="20"/>
              </w:rPr>
              <w:t>Data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5FD938" w14:textId="40FE8EA0" w:rsidR="000F45E8" w:rsidRDefault="005354C9" w:rsidP="00CB5A6C">
            <w:r>
              <w:rPr>
                <w:sz w:val="20"/>
              </w:rPr>
              <w:t xml:space="preserve">A.S. / Anno </w:t>
            </w:r>
            <w:r w:rsidR="00336EB5">
              <w:rPr>
                <w:sz w:val="20"/>
              </w:rPr>
              <w:t>1987</w:t>
            </w:r>
          </w:p>
        </w:tc>
      </w:tr>
      <w:tr w:rsidR="000F45E8" w14:paraId="37009ABF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50E7F5" w14:textId="77777777" w:rsidR="000F45E8" w:rsidRDefault="005354C9">
            <w:r>
              <w:rPr>
                <w:sz w:val="20"/>
              </w:rPr>
              <w:t>Nome e tipo di istituto di istruzione o formazione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DF7E64" w14:textId="26A09C0A" w:rsidR="000F45E8" w:rsidRDefault="00636B8D">
            <w:r>
              <w:rPr>
                <w:b/>
                <w:sz w:val="20"/>
              </w:rPr>
              <w:t>SCUOLA SECONDARIA DI PRIMO GRADO</w:t>
            </w:r>
          </w:p>
        </w:tc>
      </w:tr>
      <w:tr w:rsidR="000F45E8" w14:paraId="5FF8EC9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3D51C0" w14:textId="77777777" w:rsidR="000F45E8" w:rsidRDefault="005354C9">
            <w:r>
              <w:rPr>
                <w:sz w:val="20"/>
              </w:rPr>
              <w:t>Principali materie / abilità professionali oggetto del corso di studi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760DB7" w14:textId="5DC5B239" w:rsidR="000F45E8" w:rsidRDefault="00CB5A6C"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 xml:space="preserve"> media</w:t>
            </w:r>
          </w:p>
        </w:tc>
      </w:tr>
      <w:tr w:rsidR="000F45E8" w14:paraId="4D91F59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991ECA" w14:textId="77777777" w:rsidR="000F45E8" w:rsidRDefault="005354C9">
            <w:r>
              <w:rPr>
                <w:sz w:val="20"/>
              </w:rPr>
              <w:t>Qualifica conseguita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3F2597" w14:textId="1E3DBA7D" w:rsidR="000F45E8" w:rsidRDefault="005354C9" w:rsidP="00336EB5">
            <w:r>
              <w:rPr>
                <w:b/>
                <w:sz w:val="20"/>
              </w:rPr>
              <w:t>DIPLOMA</w:t>
            </w:r>
          </w:p>
        </w:tc>
      </w:tr>
    </w:tbl>
    <w:p w14:paraId="17CB75AC" w14:textId="77777777" w:rsidR="000F45E8" w:rsidRDefault="005354C9">
      <w:pPr>
        <w:keepNext/>
        <w:spacing w:before="280" w:after="120"/>
      </w:pPr>
      <w:proofErr w:type="spellStart"/>
      <w:r>
        <w:rPr>
          <w:b/>
          <w:color w:val="003366"/>
          <w:sz w:val="24"/>
        </w:rPr>
        <w:t>Capacità</w:t>
      </w:r>
      <w:proofErr w:type="spellEnd"/>
      <w:r>
        <w:rPr>
          <w:b/>
          <w:color w:val="003366"/>
          <w:sz w:val="24"/>
        </w:rPr>
        <w:t xml:space="preserve"> e </w:t>
      </w:r>
      <w:proofErr w:type="spellStart"/>
      <w:r>
        <w:rPr>
          <w:b/>
          <w:color w:val="003366"/>
          <w:sz w:val="24"/>
        </w:rPr>
        <w:t>competenze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personali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14:paraId="561009C0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6E0B97" w14:textId="77777777" w:rsidR="000F45E8" w:rsidRDefault="005354C9">
            <w:r>
              <w:rPr>
                <w:sz w:val="20"/>
              </w:rPr>
              <w:t>Madrelingua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BFA454" w14:textId="77777777" w:rsidR="000F45E8" w:rsidRDefault="005354C9">
            <w:r>
              <w:rPr>
                <w:sz w:val="20"/>
              </w:rPr>
              <w:t>ITALIANA</w:t>
            </w:r>
          </w:p>
        </w:tc>
      </w:tr>
      <w:tr w:rsidR="000F45E8" w14:paraId="505BF7FA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52DF6B" w14:textId="77777777" w:rsidR="000F45E8" w:rsidRDefault="005354C9">
            <w:r>
              <w:rPr>
                <w:sz w:val="20"/>
              </w:rPr>
              <w:t>Altre lingue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51EF73" w14:textId="4C816E85" w:rsidR="000F45E8" w:rsidRDefault="00636B8D">
            <w:r>
              <w:rPr>
                <w:sz w:val="20"/>
              </w:rPr>
              <w:t>Francese</w:t>
            </w:r>
          </w:p>
        </w:tc>
      </w:tr>
      <w:tr w:rsidR="000F45E8" w14:paraId="7C0A706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450C8E" w14:textId="77777777" w:rsidR="000F45E8" w:rsidRDefault="005354C9">
            <w:r>
              <w:rPr>
                <w:i/>
                <w:sz w:val="20"/>
              </w:rPr>
              <w:t>• Capacità di lettura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FFA284" w14:textId="71BB6B75" w:rsidR="000F45E8" w:rsidRDefault="00636B8D">
            <w:r>
              <w:rPr>
                <w:sz w:val="20"/>
              </w:rPr>
              <w:t>BUONO</w:t>
            </w:r>
          </w:p>
        </w:tc>
      </w:tr>
      <w:tr w:rsidR="000F45E8" w14:paraId="0A1F5F7D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870014" w14:textId="77777777" w:rsidR="000F45E8" w:rsidRDefault="005354C9">
            <w:r>
              <w:rPr>
                <w:i/>
                <w:sz w:val="20"/>
              </w:rPr>
              <w:t>• Capacità di scrittura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1ABF07" w14:textId="109EE396" w:rsidR="000F45E8" w:rsidRDefault="00636B8D">
            <w:r>
              <w:rPr>
                <w:sz w:val="20"/>
              </w:rPr>
              <w:t>SCOLASTICO</w:t>
            </w:r>
          </w:p>
        </w:tc>
      </w:tr>
      <w:tr w:rsidR="000F45E8" w14:paraId="5AD4A654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9F001F" w14:textId="77777777" w:rsidR="000F45E8" w:rsidRDefault="005354C9">
            <w:r>
              <w:rPr>
                <w:i/>
                <w:sz w:val="20"/>
              </w:rPr>
              <w:t>• Capacità di espressione orale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D48A91" w14:textId="509CD760" w:rsidR="000F45E8" w:rsidRDefault="00636B8D">
            <w:r>
              <w:rPr>
                <w:sz w:val="20"/>
              </w:rPr>
              <w:t>BUONO</w:t>
            </w:r>
          </w:p>
        </w:tc>
      </w:tr>
      <w:tr w:rsidR="000F45E8" w14:paraId="21544062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FDD390" w14:textId="77777777" w:rsidR="000F45E8" w:rsidRDefault="005354C9">
            <w:r>
              <w:rPr>
                <w:sz w:val="20"/>
              </w:rPr>
              <w:t>Capacità e competenze relazionali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A9F621" w14:textId="1B4615C3" w:rsidR="000F45E8" w:rsidRPr="0036422D" w:rsidRDefault="005354C9" w:rsidP="00336EB5">
            <w:pPr>
              <w:rPr>
                <w:sz w:val="20"/>
              </w:rPr>
            </w:pPr>
            <w:r>
              <w:rPr>
                <w:sz w:val="20"/>
              </w:rPr>
              <w:t xml:space="preserve">Vivere e </w:t>
            </w:r>
            <w:proofErr w:type="spellStart"/>
            <w:r>
              <w:rPr>
                <w:sz w:val="20"/>
              </w:rPr>
              <w:t>lavorare</w:t>
            </w:r>
            <w:proofErr w:type="spellEnd"/>
            <w:r>
              <w:rPr>
                <w:sz w:val="20"/>
              </w:rPr>
              <w:t xml:space="preserve"> con altre persone, in ambiente multiculturale, occupando posti in cui la comunicazione è importante e in situazioni in cui è </w:t>
            </w:r>
            <w:proofErr w:type="spellStart"/>
            <w:r w:rsidR="00336EB5">
              <w:rPr>
                <w:sz w:val="20"/>
              </w:rPr>
              <w:t>essenziale</w:t>
            </w:r>
            <w:proofErr w:type="spellEnd"/>
            <w:r w:rsidR="00336EB5">
              <w:rPr>
                <w:sz w:val="20"/>
              </w:rPr>
              <w:t xml:space="preserve"> </w:t>
            </w:r>
            <w:proofErr w:type="spellStart"/>
            <w:r w:rsidR="00336EB5">
              <w:rPr>
                <w:sz w:val="20"/>
              </w:rPr>
              <w:t>lavorare</w:t>
            </w:r>
            <w:proofErr w:type="spellEnd"/>
            <w:r w:rsidR="00336EB5">
              <w:rPr>
                <w:sz w:val="20"/>
              </w:rPr>
              <w:t xml:space="preserve"> in </w:t>
            </w:r>
            <w:proofErr w:type="spellStart"/>
            <w:r w:rsidR="00336EB5">
              <w:rPr>
                <w:sz w:val="20"/>
              </w:rPr>
              <w:t>squadra</w:t>
            </w:r>
            <w:proofErr w:type="spellEnd"/>
            <w:r w:rsidR="00336EB5">
              <w:rPr>
                <w:sz w:val="20"/>
              </w:rPr>
              <w:t>.</w:t>
            </w:r>
            <w:r w:rsidR="0036422D">
              <w:rPr>
                <w:sz w:val="20"/>
              </w:rPr>
              <w:t xml:space="preserve">                             </w:t>
            </w:r>
            <w:proofErr w:type="spellStart"/>
            <w:r w:rsidR="0036422D">
              <w:rPr>
                <w:sz w:val="20"/>
              </w:rPr>
              <w:t>Attenzione</w:t>
            </w:r>
            <w:proofErr w:type="spellEnd"/>
            <w:r w:rsidR="0036422D">
              <w:rPr>
                <w:sz w:val="20"/>
              </w:rPr>
              <w:t xml:space="preserve"> ai </w:t>
            </w:r>
            <w:proofErr w:type="spellStart"/>
            <w:r w:rsidR="0036422D">
              <w:rPr>
                <w:sz w:val="20"/>
              </w:rPr>
              <w:t>dettagli</w:t>
            </w:r>
            <w:proofErr w:type="spellEnd"/>
            <w:r w:rsidR="0036422D">
              <w:rPr>
                <w:sz w:val="20"/>
              </w:rPr>
              <w:t xml:space="preserve"> e </w:t>
            </w:r>
            <w:proofErr w:type="spellStart"/>
            <w:r w:rsidR="0036422D">
              <w:rPr>
                <w:sz w:val="20"/>
              </w:rPr>
              <w:t>precisione</w:t>
            </w:r>
            <w:proofErr w:type="spellEnd"/>
            <w:r w:rsidR="0036422D">
              <w:rPr>
                <w:sz w:val="20"/>
              </w:rPr>
              <w:t xml:space="preserve">, </w:t>
            </w:r>
            <w:proofErr w:type="spellStart"/>
            <w:r w:rsidR="0036422D">
              <w:rPr>
                <w:sz w:val="20"/>
              </w:rPr>
              <w:t>resistenza</w:t>
            </w:r>
            <w:proofErr w:type="spellEnd"/>
            <w:r w:rsidR="0036422D">
              <w:rPr>
                <w:sz w:val="20"/>
              </w:rPr>
              <w:t xml:space="preserve"> </w:t>
            </w:r>
            <w:proofErr w:type="spellStart"/>
            <w:r w:rsidR="0036422D">
              <w:rPr>
                <w:sz w:val="20"/>
              </w:rPr>
              <w:t>fisica</w:t>
            </w:r>
            <w:proofErr w:type="spellEnd"/>
            <w:r w:rsidR="0036422D">
              <w:rPr>
                <w:sz w:val="20"/>
              </w:rPr>
              <w:t xml:space="preserve"> e </w:t>
            </w:r>
            <w:proofErr w:type="spellStart"/>
            <w:r w:rsidR="0036422D">
              <w:rPr>
                <w:sz w:val="20"/>
              </w:rPr>
              <w:t>coordinazione</w:t>
            </w:r>
            <w:proofErr w:type="spellEnd"/>
            <w:r w:rsidR="0036422D">
              <w:rPr>
                <w:sz w:val="20"/>
              </w:rPr>
              <w:t xml:space="preserve">, </w:t>
            </w:r>
            <w:proofErr w:type="spellStart"/>
            <w:r w:rsidR="0036422D">
              <w:rPr>
                <w:sz w:val="20"/>
              </w:rPr>
              <w:t>flessibilità</w:t>
            </w:r>
            <w:proofErr w:type="spellEnd"/>
            <w:r w:rsidR="0036422D">
              <w:rPr>
                <w:sz w:val="20"/>
              </w:rPr>
              <w:t xml:space="preserve"> e </w:t>
            </w:r>
            <w:proofErr w:type="spellStart"/>
            <w:r w:rsidR="0036422D">
              <w:rPr>
                <w:sz w:val="20"/>
              </w:rPr>
              <w:t>adattabilità</w:t>
            </w:r>
            <w:proofErr w:type="spellEnd"/>
          </w:p>
        </w:tc>
      </w:tr>
      <w:tr w:rsidR="000F45E8" w14:paraId="07F5F9C7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36B4C3" w14:textId="77777777" w:rsidR="000F45E8" w:rsidRDefault="005354C9">
            <w:r>
              <w:rPr>
                <w:sz w:val="20"/>
              </w:rPr>
              <w:t>Capacità e competenze organizzative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C1696B" w14:textId="2A82CD93" w:rsidR="000F45E8" w:rsidRDefault="0036422D">
            <w:proofErr w:type="spellStart"/>
            <w:r w:rsidRPr="0036422D">
              <w:rPr>
                <w:sz w:val="20"/>
              </w:rPr>
              <w:t>Gestione</w:t>
            </w:r>
            <w:proofErr w:type="spellEnd"/>
            <w:r w:rsidRPr="0036422D">
              <w:rPr>
                <w:sz w:val="20"/>
              </w:rPr>
              <w:t xml:space="preserve"> </w:t>
            </w:r>
            <w:proofErr w:type="spellStart"/>
            <w:r w:rsidRPr="0036422D">
              <w:rPr>
                <w:sz w:val="20"/>
              </w:rPr>
              <w:t>autonoma</w:t>
            </w:r>
            <w:proofErr w:type="spellEnd"/>
            <w:r w:rsidRPr="0036422D">
              <w:rPr>
                <w:sz w:val="20"/>
              </w:rPr>
              <w:t xml:space="preserve"> del </w:t>
            </w:r>
            <w:proofErr w:type="spellStart"/>
            <w:r w:rsidRPr="0036422D">
              <w:rPr>
                <w:sz w:val="20"/>
              </w:rPr>
              <w:t>lavoro</w:t>
            </w:r>
            <w:proofErr w:type="spellEnd"/>
            <w:r w:rsidRPr="0036422D">
              <w:rPr>
                <w:sz w:val="20"/>
              </w:rPr>
              <w:t xml:space="preserve"> , </w:t>
            </w:r>
            <w:proofErr w:type="spellStart"/>
            <w:r w:rsidRPr="0036422D">
              <w:rPr>
                <w:sz w:val="20"/>
              </w:rPr>
              <w:t>elaborazione</w:t>
            </w:r>
            <w:proofErr w:type="spellEnd"/>
            <w:r w:rsidRPr="0036422D">
              <w:rPr>
                <w:sz w:val="20"/>
              </w:rPr>
              <w:t xml:space="preserve"> </w:t>
            </w:r>
            <w:proofErr w:type="spellStart"/>
            <w:r w:rsidRPr="0036422D">
              <w:rPr>
                <w:sz w:val="20"/>
              </w:rPr>
              <w:t>prevetivi</w:t>
            </w:r>
            <w:proofErr w:type="spellEnd"/>
            <w:r w:rsidRPr="0036422D">
              <w:rPr>
                <w:sz w:val="20"/>
              </w:rPr>
              <w:t xml:space="preserve">, </w:t>
            </w:r>
            <w:proofErr w:type="spellStart"/>
            <w:r w:rsidRPr="0036422D">
              <w:rPr>
                <w:sz w:val="20"/>
              </w:rPr>
              <w:t>risoluzione</w:t>
            </w:r>
            <w:proofErr w:type="spellEnd"/>
            <w:r w:rsidRPr="0036422D">
              <w:rPr>
                <w:sz w:val="20"/>
              </w:rPr>
              <w:t xml:space="preserve"> </w:t>
            </w:r>
            <w:proofErr w:type="spellStart"/>
            <w:r w:rsidRPr="0036422D">
              <w:rPr>
                <w:sz w:val="20"/>
              </w:rPr>
              <w:t>dei</w:t>
            </w:r>
            <w:proofErr w:type="spellEnd"/>
            <w:r w:rsidRPr="0036422D">
              <w:rPr>
                <w:sz w:val="20"/>
              </w:rPr>
              <w:t xml:space="preserve"> problem </w:t>
            </w:r>
            <w:proofErr w:type="spellStart"/>
            <w:r w:rsidRPr="0036422D">
              <w:rPr>
                <w:sz w:val="20"/>
              </w:rPr>
              <w:t>davanti</w:t>
            </w:r>
            <w:proofErr w:type="spellEnd"/>
            <w:r w:rsidRPr="0036422D">
              <w:rPr>
                <w:sz w:val="20"/>
              </w:rPr>
              <w:t xml:space="preserve"> a </w:t>
            </w:r>
            <w:proofErr w:type="spellStart"/>
            <w:r w:rsidRPr="0036422D">
              <w:rPr>
                <w:sz w:val="20"/>
              </w:rPr>
              <w:t>imprevisti</w:t>
            </w:r>
            <w:proofErr w:type="spellEnd"/>
            <w:r w:rsidRPr="0036422D">
              <w:rPr>
                <w:sz w:val="20"/>
              </w:rPr>
              <w:t xml:space="preserve"> </w:t>
            </w:r>
            <w:proofErr w:type="spellStart"/>
            <w:r w:rsidRPr="0036422D">
              <w:rPr>
                <w:sz w:val="20"/>
              </w:rPr>
              <w:t>strutturali</w:t>
            </w:r>
            <w:proofErr w:type="spellEnd"/>
            <w:r w:rsidRPr="0036422D">
              <w:rPr>
                <w:sz w:val="20"/>
              </w:rPr>
              <w:t xml:space="preserve"> e </w:t>
            </w:r>
            <w:proofErr w:type="spellStart"/>
            <w:r w:rsidRPr="0036422D">
              <w:rPr>
                <w:sz w:val="20"/>
              </w:rPr>
              <w:t>logistici</w:t>
            </w:r>
            <w:proofErr w:type="spellEnd"/>
            <w:r w:rsidRPr="0036422D">
              <w:rPr>
                <w:sz w:val="20"/>
              </w:rPr>
              <w:t xml:space="preserve"> in </w:t>
            </w:r>
            <w:proofErr w:type="spellStart"/>
            <w:r w:rsidRPr="0036422D">
              <w:rPr>
                <w:sz w:val="20"/>
              </w:rPr>
              <w:t>cantiere</w:t>
            </w:r>
            <w:proofErr w:type="spellEnd"/>
          </w:p>
        </w:tc>
      </w:tr>
      <w:tr w:rsidR="000F45E8" w14:paraId="31914C72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7BFAD9" w14:textId="77777777" w:rsidR="000F45E8" w:rsidRDefault="005354C9">
            <w:r>
              <w:rPr>
                <w:sz w:val="20"/>
              </w:rPr>
              <w:t>Capacità e competenze tecniche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53091B" w14:textId="6FB5A4DF" w:rsidR="000F45E8" w:rsidRPr="0036422D" w:rsidRDefault="00336EB5">
            <w:pPr>
              <w:rPr>
                <w:sz w:val="20"/>
                <w:szCs w:val="20"/>
              </w:rPr>
            </w:pPr>
            <w:r w:rsidRPr="0036422D">
              <w:rPr>
                <w:sz w:val="20"/>
                <w:szCs w:val="20"/>
              </w:rPr>
              <w:t xml:space="preserve">Opera </w:t>
            </w:r>
            <w:proofErr w:type="spellStart"/>
            <w:r w:rsidRPr="0036422D">
              <w:rPr>
                <w:sz w:val="20"/>
                <w:szCs w:val="20"/>
              </w:rPr>
              <w:t>murarie</w:t>
            </w:r>
            <w:proofErr w:type="spellEnd"/>
            <w:r w:rsidRPr="0036422D">
              <w:rPr>
                <w:sz w:val="20"/>
                <w:szCs w:val="20"/>
              </w:rPr>
              <w:t xml:space="preserve"> e </w:t>
            </w:r>
            <w:proofErr w:type="spellStart"/>
            <w:r w:rsidRPr="0036422D">
              <w:rPr>
                <w:sz w:val="20"/>
                <w:szCs w:val="20"/>
              </w:rPr>
              <w:t>strutturali</w:t>
            </w:r>
            <w:proofErr w:type="spellEnd"/>
            <w:r w:rsidRPr="0036422D">
              <w:rPr>
                <w:sz w:val="20"/>
                <w:szCs w:val="20"/>
              </w:rPr>
              <w:t xml:space="preserve"> , </w:t>
            </w:r>
            <w:proofErr w:type="spellStart"/>
            <w:r w:rsidRPr="0036422D">
              <w:rPr>
                <w:sz w:val="20"/>
                <w:szCs w:val="20"/>
              </w:rPr>
              <w:t>preparazione</w:t>
            </w:r>
            <w:proofErr w:type="spellEnd"/>
            <w:r w:rsidRPr="0036422D">
              <w:rPr>
                <w:sz w:val="20"/>
                <w:szCs w:val="20"/>
              </w:rPr>
              <w:t xml:space="preserve"> e </w:t>
            </w:r>
            <w:proofErr w:type="spellStart"/>
            <w:r w:rsidRPr="0036422D">
              <w:rPr>
                <w:sz w:val="20"/>
                <w:szCs w:val="20"/>
              </w:rPr>
              <w:t>miscelazione</w:t>
            </w:r>
            <w:proofErr w:type="spellEnd"/>
            <w:r w:rsidRPr="0036422D">
              <w:rPr>
                <w:sz w:val="20"/>
                <w:szCs w:val="20"/>
              </w:rPr>
              <w:t xml:space="preserve"> </w:t>
            </w:r>
            <w:proofErr w:type="spellStart"/>
            <w:r w:rsidRPr="0036422D">
              <w:rPr>
                <w:sz w:val="20"/>
                <w:szCs w:val="20"/>
              </w:rPr>
              <w:t>materiali</w:t>
            </w:r>
            <w:proofErr w:type="spellEnd"/>
            <w:r w:rsidRPr="0036422D">
              <w:rPr>
                <w:sz w:val="20"/>
                <w:szCs w:val="20"/>
              </w:rPr>
              <w:t xml:space="preserve">, </w:t>
            </w:r>
            <w:proofErr w:type="spellStart"/>
            <w:r w:rsidRPr="0036422D">
              <w:rPr>
                <w:sz w:val="20"/>
                <w:szCs w:val="20"/>
              </w:rPr>
              <w:t>finiture</w:t>
            </w:r>
            <w:proofErr w:type="spellEnd"/>
            <w:r w:rsidRPr="0036422D">
              <w:rPr>
                <w:sz w:val="20"/>
                <w:szCs w:val="20"/>
              </w:rPr>
              <w:t xml:space="preserve"> </w:t>
            </w:r>
            <w:proofErr w:type="spellStart"/>
            <w:r w:rsidRPr="0036422D">
              <w:rPr>
                <w:sz w:val="20"/>
                <w:szCs w:val="20"/>
              </w:rPr>
              <w:t>edili</w:t>
            </w:r>
            <w:proofErr w:type="spellEnd"/>
            <w:r w:rsidRPr="0036422D">
              <w:rPr>
                <w:sz w:val="20"/>
                <w:szCs w:val="20"/>
              </w:rPr>
              <w:t xml:space="preserve"> e </w:t>
            </w:r>
            <w:proofErr w:type="spellStart"/>
            <w:r w:rsidRPr="0036422D">
              <w:rPr>
                <w:sz w:val="20"/>
                <w:szCs w:val="20"/>
              </w:rPr>
              <w:t>rivestimenti</w:t>
            </w:r>
            <w:proofErr w:type="spellEnd"/>
            <w:r w:rsidRPr="0036422D">
              <w:rPr>
                <w:sz w:val="20"/>
                <w:szCs w:val="20"/>
              </w:rPr>
              <w:t xml:space="preserve">, </w:t>
            </w:r>
            <w:proofErr w:type="spellStart"/>
            <w:r w:rsidRPr="0036422D">
              <w:rPr>
                <w:sz w:val="20"/>
                <w:szCs w:val="20"/>
              </w:rPr>
              <w:t>lettura</w:t>
            </w:r>
            <w:proofErr w:type="spellEnd"/>
            <w:r w:rsidRPr="0036422D">
              <w:rPr>
                <w:sz w:val="20"/>
                <w:szCs w:val="20"/>
              </w:rPr>
              <w:t xml:space="preserve"> del disegno </w:t>
            </w:r>
            <w:proofErr w:type="spellStart"/>
            <w:r w:rsidRPr="0036422D">
              <w:rPr>
                <w:sz w:val="20"/>
                <w:szCs w:val="20"/>
              </w:rPr>
              <w:t>tecnico</w:t>
            </w:r>
            <w:proofErr w:type="spellEnd"/>
            <w:r w:rsidRPr="0036422D">
              <w:rPr>
                <w:sz w:val="20"/>
                <w:szCs w:val="20"/>
              </w:rPr>
              <w:t xml:space="preserve"> , </w:t>
            </w:r>
            <w:proofErr w:type="spellStart"/>
            <w:r w:rsidRPr="0036422D">
              <w:rPr>
                <w:sz w:val="20"/>
                <w:szCs w:val="20"/>
              </w:rPr>
              <w:t>utilizzo</w:t>
            </w:r>
            <w:proofErr w:type="spellEnd"/>
            <w:r w:rsidRPr="0036422D">
              <w:rPr>
                <w:sz w:val="20"/>
                <w:szCs w:val="20"/>
              </w:rPr>
              <w:t xml:space="preserve"> </w:t>
            </w:r>
            <w:proofErr w:type="spellStart"/>
            <w:r w:rsidRPr="0036422D">
              <w:rPr>
                <w:sz w:val="20"/>
                <w:szCs w:val="20"/>
              </w:rPr>
              <w:t>strumenti</w:t>
            </w:r>
            <w:proofErr w:type="spellEnd"/>
            <w:r w:rsidRPr="0036422D">
              <w:rPr>
                <w:sz w:val="20"/>
                <w:szCs w:val="20"/>
              </w:rPr>
              <w:t xml:space="preserve"> di </w:t>
            </w:r>
            <w:proofErr w:type="spellStart"/>
            <w:r w:rsidRPr="0036422D">
              <w:rPr>
                <w:sz w:val="20"/>
                <w:szCs w:val="20"/>
              </w:rPr>
              <w:t>precizione</w:t>
            </w:r>
            <w:proofErr w:type="spellEnd"/>
            <w:r w:rsidRPr="0036422D">
              <w:rPr>
                <w:sz w:val="20"/>
                <w:szCs w:val="20"/>
              </w:rPr>
              <w:t xml:space="preserve">, </w:t>
            </w:r>
            <w:proofErr w:type="spellStart"/>
            <w:r w:rsidRPr="0036422D">
              <w:rPr>
                <w:sz w:val="20"/>
                <w:szCs w:val="20"/>
              </w:rPr>
              <w:t>uso</w:t>
            </w:r>
            <w:proofErr w:type="spellEnd"/>
            <w:r w:rsidRPr="0036422D">
              <w:rPr>
                <w:sz w:val="20"/>
                <w:szCs w:val="20"/>
              </w:rPr>
              <w:t xml:space="preserve"> di </w:t>
            </w:r>
            <w:proofErr w:type="spellStart"/>
            <w:r w:rsidRPr="0036422D">
              <w:rPr>
                <w:sz w:val="20"/>
                <w:szCs w:val="20"/>
              </w:rPr>
              <w:t>macchinari</w:t>
            </w:r>
            <w:proofErr w:type="spellEnd"/>
            <w:r w:rsidRPr="0036422D">
              <w:rPr>
                <w:sz w:val="20"/>
                <w:szCs w:val="20"/>
              </w:rPr>
              <w:t xml:space="preserve"> e </w:t>
            </w:r>
            <w:proofErr w:type="spellStart"/>
            <w:r w:rsidRPr="0036422D">
              <w:rPr>
                <w:sz w:val="20"/>
                <w:szCs w:val="20"/>
              </w:rPr>
              <w:t>attrezzature</w:t>
            </w:r>
            <w:proofErr w:type="spellEnd"/>
            <w:r w:rsidRPr="0036422D">
              <w:rPr>
                <w:sz w:val="20"/>
                <w:szCs w:val="20"/>
              </w:rPr>
              <w:t xml:space="preserve"> </w:t>
            </w:r>
            <w:proofErr w:type="spellStart"/>
            <w:r w:rsidRPr="0036422D">
              <w:rPr>
                <w:sz w:val="20"/>
                <w:szCs w:val="20"/>
              </w:rPr>
              <w:t>necessarie</w:t>
            </w:r>
            <w:proofErr w:type="spellEnd"/>
            <w:r w:rsidRPr="0036422D">
              <w:rPr>
                <w:sz w:val="20"/>
                <w:szCs w:val="20"/>
              </w:rPr>
              <w:t xml:space="preserve"> per </w:t>
            </w:r>
            <w:proofErr w:type="spellStart"/>
            <w:r w:rsidRPr="0036422D">
              <w:rPr>
                <w:sz w:val="20"/>
                <w:szCs w:val="20"/>
              </w:rPr>
              <w:t>svolgere</w:t>
            </w:r>
            <w:proofErr w:type="spellEnd"/>
            <w:r w:rsidRPr="0036422D">
              <w:rPr>
                <w:sz w:val="20"/>
                <w:szCs w:val="20"/>
              </w:rPr>
              <w:t xml:space="preserve"> il </w:t>
            </w:r>
            <w:proofErr w:type="spellStart"/>
            <w:r w:rsidRPr="0036422D">
              <w:rPr>
                <w:sz w:val="20"/>
                <w:szCs w:val="20"/>
              </w:rPr>
              <w:t>lavoro</w:t>
            </w:r>
            <w:proofErr w:type="spellEnd"/>
            <w:r w:rsidRPr="0036422D">
              <w:rPr>
                <w:sz w:val="20"/>
                <w:szCs w:val="20"/>
              </w:rPr>
              <w:t xml:space="preserve"> </w:t>
            </w:r>
            <w:proofErr w:type="spellStart"/>
            <w:r w:rsidRPr="0036422D">
              <w:rPr>
                <w:sz w:val="20"/>
                <w:szCs w:val="20"/>
              </w:rPr>
              <w:t>richiesto</w:t>
            </w:r>
            <w:proofErr w:type="spellEnd"/>
            <w:r w:rsidRPr="0036422D">
              <w:rPr>
                <w:sz w:val="20"/>
                <w:szCs w:val="20"/>
              </w:rPr>
              <w:t xml:space="preserve">, </w:t>
            </w:r>
            <w:proofErr w:type="spellStart"/>
            <w:r w:rsidRPr="0036422D">
              <w:rPr>
                <w:sz w:val="20"/>
                <w:szCs w:val="20"/>
              </w:rPr>
              <w:t>allestimento</w:t>
            </w:r>
            <w:proofErr w:type="spellEnd"/>
            <w:r w:rsidRPr="0036422D">
              <w:rPr>
                <w:sz w:val="20"/>
                <w:szCs w:val="20"/>
              </w:rPr>
              <w:t xml:space="preserve"> </w:t>
            </w:r>
            <w:proofErr w:type="spellStart"/>
            <w:r w:rsidRPr="0036422D">
              <w:rPr>
                <w:sz w:val="20"/>
                <w:szCs w:val="20"/>
              </w:rPr>
              <w:t>cantiere</w:t>
            </w:r>
            <w:proofErr w:type="spellEnd"/>
            <w:r w:rsidRPr="0036422D">
              <w:rPr>
                <w:sz w:val="20"/>
                <w:szCs w:val="20"/>
              </w:rPr>
              <w:t xml:space="preserve">, </w:t>
            </w:r>
            <w:proofErr w:type="spellStart"/>
            <w:r w:rsidRPr="0036422D">
              <w:rPr>
                <w:sz w:val="20"/>
                <w:szCs w:val="20"/>
              </w:rPr>
              <w:t>demolizione</w:t>
            </w:r>
            <w:proofErr w:type="spellEnd"/>
            <w:r w:rsidRPr="0036422D">
              <w:rPr>
                <w:sz w:val="20"/>
                <w:szCs w:val="20"/>
              </w:rPr>
              <w:t xml:space="preserve"> e </w:t>
            </w:r>
            <w:proofErr w:type="spellStart"/>
            <w:r w:rsidRPr="0036422D">
              <w:rPr>
                <w:sz w:val="20"/>
                <w:szCs w:val="20"/>
              </w:rPr>
              <w:t>rispristino</w:t>
            </w:r>
            <w:proofErr w:type="spellEnd"/>
          </w:p>
        </w:tc>
      </w:tr>
      <w:tr w:rsidR="000F45E8" w14:paraId="340908BA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2E70A8" w14:textId="77777777" w:rsidR="000F45E8" w:rsidRDefault="005354C9">
            <w:r>
              <w:rPr>
                <w:sz w:val="20"/>
              </w:rPr>
              <w:t>Capacità e competenze artistiche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A49C32" w14:textId="3005A0BC" w:rsidR="000F45E8" w:rsidRDefault="0036422D"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livelle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lavorativo</w:t>
            </w:r>
            <w:proofErr w:type="spellEnd"/>
            <w:r>
              <w:rPr>
                <w:sz w:val="20"/>
              </w:rPr>
              <w:t xml:space="preserve"> molto </w:t>
            </w:r>
            <w:proofErr w:type="spellStart"/>
            <w:r>
              <w:rPr>
                <w:sz w:val="20"/>
              </w:rPr>
              <w:t>buone</w:t>
            </w:r>
            <w:proofErr w:type="spellEnd"/>
          </w:p>
        </w:tc>
      </w:tr>
      <w:tr w:rsidR="000F45E8" w14:paraId="0E15D46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A083E3" w14:textId="77777777" w:rsidR="000F45E8" w:rsidRDefault="005354C9">
            <w:r>
              <w:rPr>
                <w:sz w:val="20"/>
              </w:rPr>
              <w:t>Patente o patenti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11DC05" w14:textId="77777777" w:rsidR="00636B8D" w:rsidRDefault="005354C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Patente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guida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z w:val="20"/>
              </w:rPr>
              <w:t xml:space="preserve"> B </w:t>
            </w:r>
          </w:p>
          <w:p w14:paraId="7DF07DC4" w14:textId="0A94E66B" w:rsidR="000F45E8" w:rsidRDefault="00636B8D" w:rsidP="00636B8D">
            <w:proofErr w:type="spellStart"/>
            <w:r>
              <w:rPr>
                <w:sz w:val="20"/>
              </w:rPr>
              <w:t>Patente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guida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z w:val="20"/>
              </w:rPr>
              <w:t xml:space="preserve"> C</w:t>
            </w:r>
          </w:p>
        </w:tc>
      </w:tr>
    </w:tbl>
    <w:p w14:paraId="7A961308" w14:textId="5ADCDDB7" w:rsidR="000A3024" w:rsidRDefault="005354C9">
      <w:pPr>
        <w:spacing w:before="360" w:after="120"/>
      </w:pPr>
      <w:r w:rsidRPr="000A3024">
        <w:rPr>
          <w:bCs/>
        </w:rPr>
        <w:lastRenderedPageBreak/>
        <w:br/>
        <w:t xml:space="preserve">Data: </w:t>
      </w:r>
      <w:r w:rsidR="000A3024" w:rsidRPr="000A3024">
        <w:rPr>
          <w:bCs/>
        </w:rPr>
        <w:t>22.10.2021</w:t>
      </w:r>
      <w:r>
        <w:rPr>
          <w:b/>
        </w:rPr>
        <w:t xml:space="preserve"> </w:t>
      </w:r>
      <w:r>
        <w:rPr>
          <w:b/>
        </w:rPr>
        <w:br/>
      </w:r>
      <w:r>
        <w:rPr>
          <w:b/>
        </w:rPr>
        <w:br/>
      </w:r>
      <w:proofErr w:type="spellStart"/>
      <w:r>
        <w:rPr>
          <w:b/>
        </w:rPr>
        <w:t>Firma</w:t>
      </w:r>
      <w:proofErr w:type="spellEnd"/>
      <w:r>
        <w:rPr>
          <w:b/>
        </w:rPr>
        <w:t xml:space="preserve">: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sottoscritto</w:t>
      </w:r>
      <w:proofErr w:type="spellEnd"/>
      <w:r>
        <w:t xml:space="preserve"> in </w:t>
      </w:r>
      <w:proofErr w:type="spellStart"/>
      <w:r>
        <w:t>originale</w:t>
      </w:r>
      <w:proofErr w:type="spellEnd"/>
      <w:r>
        <w:t xml:space="preserve"> dal </w:t>
      </w:r>
      <w:proofErr w:type="spellStart"/>
      <w:r>
        <w:t>titolare</w:t>
      </w:r>
      <w:proofErr w:type="spellEnd"/>
      <w:r>
        <w:t xml:space="preserve"> </w:t>
      </w:r>
      <w:proofErr w:type="spellStart"/>
      <w:r>
        <w:t>dell'incarico</w:t>
      </w:r>
      <w:proofErr w:type="spellEnd"/>
      <w:r>
        <w:t>.</w:t>
      </w:r>
    </w:p>
    <w:p w14:paraId="7681FAD5" w14:textId="1980BB17" w:rsidR="000F45E8" w:rsidRDefault="005354C9">
      <w:pPr>
        <w:spacing w:before="360" w:after="120"/>
      </w:pPr>
      <w:r>
        <w:br/>
      </w:r>
      <w:r>
        <w:rPr>
          <w:i/>
          <w:sz w:val="19"/>
        </w:rPr>
        <w:t>(La firma autografa è omessa sulla copia pubblicata online ai sensi dell'art. 26 del D.Lgs. 33/2013 e delle linee guida del Garante Privacy).</w:t>
      </w:r>
      <w:r>
        <w:rPr>
          <w:i/>
          <w:sz w:val="19"/>
        </w:rPr>
        <w:br/>
      </w:r>
      <w:r>
        <w:rPr>
          <w:i/>
          <w:sz w:val="19"/>
        </w:rPr>
        <w:br/>
        <w:t>Autorizzo il trattamento dei miei dati personali ai sensi del D. Lgs. n. 196/2003 e del GDPR (Regolamento UE 2016/679) esclusivamente per le finalità di pubblicazione istituzionale legate agli obblighi di trasparenza dell'ente.</w:t>
      </w:r>
    </w:p>
    <w:sectPr w:rsidR="000F45E8" w:rsidSect="00A14FE5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1702353">
    <w:abstractNumId w:val="8"/>
  </w:num>
  <w:num w:numId="2" w16cid:durableId="1501234522">
    <w:abstractNumId w:val="6"/>
  </w:num>
  <w:num w:numId="3" w16cid:durableId="999116141">
    <w:abstractNumId w:val="5"/>
  </w:num>
  <w:num w:numId="4" w16cid:durableId="96871034">
    <w:abstractNumId w:val="4"/>
  </w:num>
  <w:num w:numId="5" w16cid:durableId="707068268">
    <w:abstractNumId w:val="7"/>
  </w:num>
  <w:num w:numId="6" w16cid:durableId="287703282">
    <w:abstractNumId w:val="3"/>
  </w:num>
  <w:num w:numId="7" w16cid:durableId="642663680">
    <w:abstractNumId w:val="2"/>
  </w:num>
  <w:num w:numId="8" w16cid:durableId="1653631997">
    <w:abstractNumId w:val="1"/>
  </w:num>
  <w:num w:numId="9" w16cid:durableId="47757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3024"/>
    <w:rsid w:val="000F45E8"/>
    <w:rsid w:val="0015074B"/>
    <w:rsid w:val="0029639D"/>
    <w:rsid w:val="00326F90"/>
    <w:rsid w:val="00336EB5"/>
    <w:rsid w:val="0036422D"/>
    <w:rsid w:val="005354C9"/>
    <w:rsid w:val="00636B8D"/>
    <w:rsid w:val="009D7BD0"/>
    <w:rsid w:val="00A0284A"/>
    <w:rsid w:val="00A14FE5"/>
    <w:rsid w:val="00AA1D8D"/>
    <w:rsid w:val="00B47730"/>
    <w:rsid w:val="00CB0664"/>
    <w:rsid w:val="00CB5A6C"/>
    <w:rsid w:val="00D56393"/>
    <w:rsid w:val="00EF41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D3957"/>
  <w14:defaultImageDpi w14:val="300"/>
  <w15:docId w15:val="{00F1E0E5-4B20-4567-ACB7-477CFE73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6B8D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EA9545-6763-4B1E-A58F-3CE6E1CB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Anagrafe</cp:lastModifiedBy>
  <cp:revision>2</cp:revision>
  <dcterms:created xsi:type="dcterms:W3CDTF">2026-09-15T06:27:00Z</dcterms:created>
  <dcterms:modified xsi:type="dcterms:W3CDTF">2026-09-15T06:27:00Z</dcterms:modified>
  <cp:category/>
</cp:coreProperties>
</file>