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7328" w14:textId="77777777" w:rsidR="000F45E8" w:rsidRDefault="005354C9">
      <w:pPr>
        <w:jc w:val="center"/>
      </w:pPr>
      <w:r>
        <w:rPr>
          <w:b/>
          <w:sz w:val="28"/>
        </w:rPr>
        <w:t>FORMATO EUROPEO PER IL CURRICULUM VITAE</w:t>
      </w:r>
      <w:r>
        <w:rPr>
          <w:b/>
          <w:sz w:val="28"/>
        </w:rPr>
        <w:br/>
      </w:r>
    </w:p>
    <w:p w14:paraId="1C249E79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Informazioni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personali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271FCE0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052BC" w14:textId="77777777" w:rsidR="000F45E8" w:rsidRDefault="005354C9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Cognome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D2DAC7" w14:textId="0CC894E0" w:rsidR="000F45E8" w:rsidRDefault="00F05604">
            <w:r>
              <w:rPr>
                <w:b/>
                <w:sz w:val="20"/>
              </w:rPr>
              <w:t>Maura Matteodo</w:t>
            </w:r>
          </w:p>
        </w:tc>
      </w:tr>
      <w:tr w:rsidR="000F45E8" w14:paraId="6845C6AB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2F8BD5" w14:textId="77777777" w:rsidR="000F45E8" w:rsidRDefault="005354C9">
            <w:r>
              <w:rPr>
                <w:sz w:val="20"/>
              </w:rPr>
              <w:t xml:space="preserve">E-mail </w:t>
            </w:r>
            <w:proofErr w:type="spellStart"/>
            <w:r>
              <w:rPr>
                <w:sz w:val="20"/>
              </w:rPr>
              <w:t>istituzionale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142113" w14:textId="34FFE48C" w:rsidR="000F45E8" w:rsidRDefault="00FF49DA">
            <w:r>
              <w:rPr>
                <w:sz w:val="20"/>
              </w:rPr>
              <w:t>info@comune.frassino.cn.it</w:t>
            </w:r>
          </w:p>
        </w:tc>
      </w:tr>
      <w:tr w:rsidR="000F45E8" w14:paraId="03A7F85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E3761F" w14:textId="77777777" w:rsidR="000F45E8" w:rsidRDefault="005354C9">
            <w:proofErr w:type="spellStart"/>
            <w:r>
              <w:rPr>
                <w:sz w:val="20"/>
              </w:rPr>
              <w:t>Nazionalità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76199" w14:textId="77777777" w:rsidR="000F45E8" w:rsidRDefault="005354C9">
            <w:proofErr w:type="spellStart"/>
            <w:r>
              <w:rPr>
                <w:sz w:val="20"/>
              </w:rPr>
              <w:t>Italiana</w:t>
            </w:r>
            <w:proofErr w:type="spellEnd"/>
          </w:p>
        </w:tc>
      </w:tr>
      <w:tr w:rsidR="000F45E8" w14:paraId="4DEF411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EFA9BA" w14:textId="77777777" w:rsidR="000F45E8" w:rsidRDefault="005354C9">
            <w:proofErr w:type="spellStart"/>
            <w:r>
              <w:rPr>
                <w:sz w:val="20"/>
              </w:rPr>
              <w:t>Luogo</w:t>
            </w:r>
            <w:proofErr w:type="spellEnd"/>
            <w:r>
              <w:rPr>
                <w:sz w:val="20"/>
              </w:rPr>
              <w:t xml:space="preserve"> e data di </w:t>
            </w:r>
            <w:proofErr w:type="spellStart"/>
            <w:r>
              <w:rPr>
                <w:sz w:val="20"/>
              </w:rPr>
              <w:t>nascita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4F2946" w14:textId="376672E7" w:rsidR="000F45E8" w:rsidRDefault="005326BC">
            <w:proofErr w:type="spellStart"/>
            <w:r>
              <w:t>Savigliano</w:t>
            </w:r>
            <w:proofErr w:type="spellEnd"/>
            <w:r>
              <w:t xml:space="preserve"> 16/05/1979</w:t>
            </w:r>
          </w:p>
        </w:tc>
      </w:tr>
    </w:tbl>
    <w:p w14:paraId="6E9FEC75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Esperienza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lavorativa</w:t>
      </w:r>
      <w:proofErr w:type="spellEnd"/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4680"/>
        <w:gridCol w:w="4680"/>
      </w:tblGrid>
      <w:tr w:rsidR="000F45E8" w14:paraId="4D3CFD84" w14:textId="77777777" w:rsidTr="00F05604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F490E" w14:textId="77777777" w:rsidR="000F45E8" w:rsidRDefault="005354C9">
            <w:bookmarkStart w:id="0" w:name="_Hlk240541489"/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25DFF" w14:textId="36A8705E" w:rsidR="000F45E8" w:rsidRDefault="005354C9">
            <w:r>
              <w:rPr>
                <w:sz w:val="20"/>
              </w:rPr>
              <w:t xml:space="preserve">DA </w:t>
            </w:r>
            <w:r w:rsidR="00F05604">
              <w:rPr>
                <w:sz w:val="20"/>
              </w:rPr>
              <w:t>02/</w:t>
            </w:r>
            <w:proofErr w:type="gramStart"/>
            <w:r w:rsidR="00F05604">
              <w:rPr>
                <w:sz w:val="20"/>
              </w:rPr>
              <w:t>2009</w:t>
            </w:r>
            <w:r>
              <w:rPr>
                <w:sz w:val="20"/>
              </w:rPr>
              <w:t xml:space="preserve">  A</w:t>
            </w:r>
            <w:proofErr w:type="gramEnd"/>
            <w:r>
              <w:rPr>
                <w:sz w:val="20"/>
              </w:rPr>
              <w:t xml:space="preserve"> </w:t>
            </w:r>
            <w:r w:rsidR="00F05604">
              <w:rPr>
                <w:sz w:val="20"/>
              </w:rPr>
              <w:t>09-2009</w:t>
            </w:r>
          </w:p>
        </w:tc>
      </w:tr>
      <w:tr w:rsidR="000F45E8" w14:paraId="0C357C84" w14:textId="77777777" w:rsidTr="00F05604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690CA" w14:textId="77777777" w:rsidR="000F45E8" w:rsidRDefault="005354C9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datore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7D5513" w14:textId="01FE6D1E" w:rsidR="000F45E8" w:rsidRDefault="00F05604">
            <w:r>
              <w:rPr>
                <w:sz w:val="20"/>
              </w:rPr>
              <w:t xml:space="preserve">ABC </w:t>
            </w:r>
            <w:proofErr w:type="spellStart"/>
            <w:r>
              <w:rPr>
                <w:sz w:val="20"/>
              </w:rPr>
              <w:t>farmaceutici</w:t>
            </w:r>
            <w:proofErr w:type="spellEnd"/>
          </w:p>
        </w:tc>
      </w:tr>
      <w:tr w:rsidR="000F45E8" w14:paraId="1DD66F88" w14:textId="77777777" w:rsidTr="00F05604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F699C8" w14:textId="77777777" w:rsidR="000F45E8" w:rsidRDefault="005354C9"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azienda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settore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7698F2" w14:textId="2EEF78D5" w:rsidR="000F45E8" w:rsidRDefault="00F05604">
            <w:r>
              <w:rPr>
                <w:sz w:val="20"/>
              </w:rPr>
              <w:t xml:space="preserve">Azienda </w:t>
            </w:r>
            <w:proofErr w:type="spellStart"/>
            <w:r>
              <w:rPr>
                <w:sz w:val="20"/>
              </w:rPr>
              <w:t>Farmaceutica</w:t>
            </w:r>
            <w:proofErr w:type="spellEnd"/>
          </w:p>
        </w:tc>
      </w:tr>
      <w:tr w:rsidR="000F45E8" w14:paraId="06FA7620" w14:textId="77777777" w:rsidTr="00F05604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81724C" w14:textId="77777777" w:rsidR="000F45E8" w:rsidRDefault="005354C9"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0AA8CB" w14:textId="6E5F92E7" w:rsidR="000F45E8" w:rsidRDefault="005354C9">
            <w:proofErr w:type="spellStart"/>
            <w:r>
              <w:rPr>
                <w:sz w:val="20"/>
              </w:rPr>
              <w:t>Dipendente</w:t>
            </w:r>
            <w:proofErr w:type="spellEnd"/>
          </w:p>
        </w:tc>
      </w:tr>
      <w:tr w:rsidR="000F45E8" w14:paraId="78956D39" w14:textId="77777777" w:rsidTr="00F05604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25F33" w14:textId="77777777" w:rsidR="000F45E8" w:rsidRDefault="005354C9"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mansioni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responsabilità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5AFC7E" w14:textId="502D3FA1" w:rsidR="00F05604" w:rsidRPr="00F05604" w:rsidRDefault="00F05604">
            <w:pPr>
              <w:rPr>
                <w:bCs/>
                <w:sz w:val="20"/>
              </w:rPr>
            </w:pPr>
            <w:r w:rsidRPr="00F05604">
              <w:rPr>
                <w:bCs/>
                <w:sz w:val="20"/>
              </w:rPr>
              <w:t xml:space="preserve">Studio </w:t>
            </w:r>
            <w:proofErr w:type="spellStart"/>
            <w:r w:rsidRPr="00F05604">
              <w:rPr>
                <w:bCs/>
                <w:sz w:val="20"/>
              </w:rPr>
              <w:t>Sviluppo</w:t>
            </w:r>
            <w:proofErr w:type="spellEnd"/>
            <w:r w:rsidRPr="00F05604"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Farmaci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Generici</w:t>
            </w:r>
            <w:proofErr w:type="spellEnd"/>
          </w:p>
        </w:tc>
      </w:tr>
      <w:bookmarkEnd w:id="0"/>
      <w:tr w:rsidR="00F05604" w14:paraId="0D8F09EF" w14:textId="77777777" w:rsidTr="00F05604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29692" w14:textId="77777777" w:rsidR="00F05604" w:rsidRDefault="00F05604" w:rsidP="00ED4FF2"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275905" w14:textId="1D1FC51D" w:rsidR="00F05604" w:rsidRDefault="00F05604" w:rsidP="00ED4FF2">
            <w:r>
              <w:rPr>
                <w:sz w:val="20"/>
              </w:rPr>
              <w:t>DA 10/</w:t>
            </w:r>
            <w:proofErr w:type="gramStart"/>
            <w:r>
              <w:rPr>
                <w:sz w:val="20"/>
              </w:rPr>
              <w:t>2009  A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oggi</w:t>
            </w:r>
            <w:proofErr w:type="spellEnd"/>
          </w:p>
        </w:tc>
      </w:tr>
      <w:tr w:rsidR="00F05604" w14:paraId="77AB9893" w14:textId="77777777" w:rsidTr="00F05604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7CC5B4" w14:textId="77777777" w:rsidR="00F05604" w:rsidRDefault="00F05604" w:rsidP="00ED4FF2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datore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B966DB" w14:textId="3996D94C" w:rsidR="00F05604" w:rsidRDefault="00F05604" w:rsidP="00ED4FF2">
            <w:r>
              <w:rPr>
                <w:sz w:val="20"/>
              </w:rPr>
              <w:t xml:space="preserve">Salus zoo </w:t>
            </w:r>
            <w:proofErr w:type="spellStart"/>
            <w:r>
              <w:rPr>
                <w:sz w:val="20"/>
              </w:rPr>
              <w:t>srl</w:t>
            </w:r>
            <w:proofErr w:type="spellEnd"/>
          </w:p>
        </w:tc>
      </w:tr>
      <w:tr w:rsidR="00F05604" w14:paraId="47E051C8" w14:textId="77777777" w:rsidTr="00F05604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094860" w14:textId="77777777" w:rsidR="00F05604" w:rsidRDefault="00F05604" w:rsidP="00ED4FF2"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azienda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settore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2A3FDA" w14:textId="2114C830" w:rsidR="00F05604" w:rsidRDefault="00F05604" w:rsidP="00ED4FF2">
            <w:proofErr w:type="spellStart"/>
            <w:r>
              <w:rPr>
                <w:sz w:val="20"/>
              </w:rPr>
              <w:t>Parafarmacia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Magazino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Farmaci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Veterinari</w:t>
            </w:r>
            <w:proofErr w:type="spellEnd"/>
          </w:p>
        </w:tc>
      </w:tr>
      <w:tr w:rsidR="00F05604" w14:paraId="66B83F8D" w14:textId="77777777" w:rsidTr="00F05604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E395B" w14:textId="77777777" w:rsidR="00F05604" w:rsidRDefault="00F05604" w:rsidP="00ED4FF2"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B076A" w14:textId="77777777" w:rsidR="00F05604" w:rsidRDefault="00F05604" w:rsidP="00ED4FF2">
            <w:proofErr w:type="spellStart"/>
            <w:r>
              <w:rPr>
                <w:sz w:val="20"/>
              </w:rPr>
              <w:t>Dipendente</w:t>
            </w:r>
            <w:proofErr w:type="spellEnd"/>
          </w:p>
        </w:tc>
      </w:tr>
      <w:tr w:rsidR="00F05604" w:rsidRPr="00F05604" w14:paraId="72DE933F" w14:textId="77777777" w:rsidTr="00F05604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6B0074" w14:textId="77777777" w:rsidR="00F05604" w:rsidRDefault="00F05604" w:rsidP="00ED4FF2"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mansioni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responsabilità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FD4220" w14:textId="1903E3C4" w:rsidR="00F05604" w:rsidRPr="00F05604" w:rsidRDefault="00F05604" w:rsidP="00ED4FF2">
            <w:pPr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Farmacista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Responsabile</w:t>
            </w:r>
            <w:proofErr w:type="spellEnd"/>
          </w:p>
        </w:tc>
      </w:tr>
    </w:tbl>
    <w:p w14:paraId="16718CB2" w14:textId="77777777" w:rsidR="00F05604" w:rsidRDefault="00F05604">
      <w:pPr>
        <w:keepNext/>
        <w:spacing w:before="280" w:after="120"/>
        <w:rPr>
          <w:b/>
          <w:color w:val="003366"/>
          <w:sz w:val="24"/>
        </w:rPr>
      </w:pPr>
    </w:p>
    <w:p w14:paraId="178C22DD" w14:textId="2020693A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Istruzione</w:t>
      </w:r>
      <w:proofErr w:type="spellEnd"/>
      <w:r>
        <w:rPr>
          <w:b/>
          <w:color w:val="003366"/>
          <w:sz w:val="24"/>
        </w:rPr>
        <w:t xml:space="preserve"> e </w:t>
      </w:r>
      <w:proofErr w:type="spellStart"/>
      <w:r>
        <w:rPr>
          <w:b/>
          <w:color w:val="003366"/>
          <w:sz w:val="24"/>
        </w:rPr>
        <w:t>formazione</w:t>
      </w:r>
      <w:proofErr w:type="spellEnd"/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4680"/>
        <w:gridCol w:w="4680"/>
      </w:tblGrid>
      <w:tr w:rsidR="000F45E8" w14:paraId="0D1CFE35" w14:textId="77777777" w:rsidTr="005326BC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23533" w14:textId="77777777" w:rsidR="000F45E8" w:rsidRDefault="005354C9">
            <w:r>
              <w:rPr>
                <w:sz w:val="20"/>
              </w:rPr>
              <w:t>Data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5FD938" w14:textId="18D4677B" w:rsidR="000F45E8" w:rsidRDefault="005354C9">
            <w:r>
              <w:rPr>
                <w:sz w:val="20"/>
              </w:rPr>
              <w:t xml:space="preserve">A.S. / Anno </w:t>
            </w:r>
            <w:proofErr w:type="spellStart"/>
            <w:r>
              <w:rPr>
                <w:sz w:val="20"/>
              </w:rPr>
              <w:t>Accademico</w:t>
            </w:r>
            <w:proofErr w:type="spellEnd"/>
            <w:r>
              <w:rPr>
                <w:sz w:val="20"/>
              </w:rPr>
              <w:t xml:space="preserve"> </w:t>
            </w:r>
            <w:r w:rsidR="00F05604">
              <w:rPr>
                <w:sz w:val="20"/>
              </w:rPr>
              <w:t>2005</w:t>
            </w:r>
          </w:p>
        </w:tc>
      </w:tr>
      <w:tr w:rsidR="000F45E8" w14:paraId="37009ABF" w14:textId="77777777" w:rsidTr="005326BC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50E7F5" w14:textId="77777777" w:rsidR="000F45E8" w:rsidRDefault="005354C9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tipo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istituto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istruzione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F7E64" w14:textId="0A455B9E" w:rsidR="005326BC" w:rsidRPr="005326BC" w:rsidRDefault="005326B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Università </w:t>
            </w:r>
            <w:proofErr w:type="spellStart"/>
            <w:r>
              <w:rPr>
                <w:b/>
                <w:sz w:val="20"/>
              </w:rPr>
              <w:t>degli</w:t>
            </w:r>
            <w:proofErr w:type="spellEnd"/>
            <w:r>
              <w:rPr>
                <w:b/>
                <w:sz w:val="20"/>
              </w:rPr>
              <w:t xml:space="preserve"> Studi di Torino</w:t>
            </w:r>
          </w:p>
        </w:tc>
      </w:tr>
      <w:tr w:rsidR="000F45E8" w14:paraId="5FF8EC96" w14:textId="77777777" w:rsidTr="005326BC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D51C0" w14:textId="77777777" w:rsidR="000F45E8" w:rsidRDefault="005354C9"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materie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abilità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corso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studi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60DB7" w14:textId="6A8CC078" w:rsidR="000F45E8" w:rsidRDefault="005326BC">
            <w:proofErr w:type="spellStart"/>
            <w:r>
              <w:rPr>
                <w:sz w:val="20"/>
              </w:rPr>
              <w:t>Facoltà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Chimica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Tecnologia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Farmaceutiche</w:t>
            </w:r>
            <w:proofErr w:type="spellEnd"/>
          </w:p>
        </w:tc>
      </w:tr>
      <w:tr w:rsidR="000F45E8" w14:paraId="4D91F596" w14:textId="77777777" w:rsidTr="005326BC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991ECA" w14:textId="77777777" w:rsidR="000F45E8" w:rsidRDefault="005354C9">
            <w:proofErr w:type="spellStart"/>
            <w:r>
              <w:rPr>
                <w:sz w:val="20"/>
              </w:rPr>
              <w:t>Qualifica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conseguita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3F2597" w14:textId="4FC4AF15" w:rsidR="000F45E8" w:rsidRDefault="00F05604">
            <w:r>
              <w:rPr>
                <w:b/>
                <w:sz w:val="20"/>
              </w:rPr>
              <w:t>Laurea Magistrale</w:t>
            </w:r>
          </w:p>
        </w:tc>
      </w:tr>
      <w:tr w:rsidR="000F45E8" w14:paraId="177FAAE3" w14:textId="77777777" w:rsidTr="005326BC">
        <w:trPr>
          <w:gridBefore w:val="1"/>
          <w:wBefore w:w="108" w:type="dxa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74C56" w14:textId="77777777" w:rsidR="000F45E8" w:rsidRDefault="005354C9">
            <w:proofErr w:type="spellStart"/>
            <w:r>
              <w:rPr>
                <w:sz w:val="20"/>
              </w:rPr>
              <w:t>Ulteriori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titoli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395FD3" w14:textId="77777777" w:rsidR="000F45E8" w:rsidRDefault="005326BC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Dottorato</w:t>
            </w:r>
            <w:proofErr w:type="spellEnd"/>
            <w:r>
              <w:rPr>
                <w:b/>
                <w:sz w:val="20"/>
              </w:rPr>
              <w:t xml:space="preserve"> in </w:t>
            </w:r>
            <w:proofErr w:type="spellStart"/>
            <w:r>
              <w:rPr>
                <w:b/>
                <w:sz w:val="20"/>
              </w:rPr>
              <w:t>Scienza</w:t>
            </w:r>
            <w:proofErr w:type="spellEnd"/>
            <w:r>
              <w:rPr>
                <w:b/>
                <w:sz w:val="20"/>
              </w:rPr>
              <w:t xml:space="preserve"> del </w:t>
            </w:r>
            <w:proofErr w:type="spellStart"/>
            <w:r>
              <w:rPr>
                <w:b/>
                <w:sz w:val="20"/>
              </w:rPr>
              <w:t>Farmaco</w:t>
            </w:r>
            <w:proofErr w:type="spellEnd"/>
            <w:r>
              <w:rPr>
                <w:b/>
                <w:sz w:val="20"/>
              </w:rPr>
              <w:t xml:space="preserve"> (2008)</w:t>
            </w:r>
          </w:p>
          <w:p w14:paraId="28887F12" w14:textId="7831F014" w:rsidR="005326BC" w:rsidRDefault="005326BC"/>
        </w:tc>
      </w:tr>
      <w:tr w:rsidR="005326BC" w14:paraId="14E0D70A" w14:textId="77777777" w:rsidTr="005326BC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F3308B" w14:textId="77777777" w:rsidR="005326BC" w:rsidRDefault="005326BC" w:rsidP="001D40C7">
            <w:r>
              <w:rPr>
                <w:sz w:val="20"/>
              </w:rPr>
              <w:t>Data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9A2095" w14:textId="5AD6D936" w:rsidR="005326BC" w:rsidRDefault="005326BC" w:rsidP="001D40C7">
            <w:r>
              <w:rPr>
                <w:sz w:val="20"/>
              </w:rPr>
              <w:t xml:space="preserve">A.S. / Anno </w:t>
            </w:r>
            <w:proofErr w:type="spellStart"/>
            <w:r>
              <w:rPr>
                <w:sz w:val="20"/>
              </w:rPr>
              <w:t>Accademico</w:t>
            </w:r>
            <w:proofErr w:type="spellEnd"/>
            <w:r>
              <w:rPr>
                <w:sz w:val="20"/>
              </w:rPr>
              <w:t xml:space="preserve"> 2016</w:t>
            </w:r>
          </w:p>
        </w:tc>
      </w:tr>
      <w:tr w:rsidR="005326BC" w:rsidRPr="005326BC" w14:paraId="51F4E9FA" w14:textId="77777777" w:rsidTr="005326BC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A6451F" w14:textId="77777777" w:rsidR="005326BC" w:rsidRDefault="005326BC" w:rsidP="001D40C7"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tipo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istituto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istruzione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B6695D" w14:textId="7F434D1D" w:rsidR="005326BC" w:rsidRPr="005326BC" w:rsidRDefault="005326BC" w:rsidP="001D40C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Accademia di Belle Arti Cuneo</w:t>
            </w:r>
          </w:p>
        </w:tc>
      </w:tr>
      <w:tr w:rsidR="005326BC" w14:paraId="2BC77828" w14:textId="77777777" w:rsidTr="005326BC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C109D1" w14:textId="77777777" w:rsidR="005326BC" w:rsidRDefault="005326BC" w:rsidP="001D40C7"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materie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abilità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corso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studi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A26346" w14:textId="466962FF" w:rsidR="005326BC" w:rsidRDefault="005326BC" w:rsidP="001D40C7">
            <w:proofErr w:type="spellStart"/>
            <w:r>
              <w:rPr>
                <w:sz w:val="20"/>
              </w:rPr>
              <w:t>Pittura</w:t>
            </w:r>
            <w:proofErr w:type="spellEnd"/>
            <w:r>
              <w:rPr>
                <w:sz w:val="20"/>
              </w:rPr>
              <w:t xml:space="preserve"> e Arti Visive</w:t>
            </w:r>
          </w:p>
        </w:tc>
      </w:tr>
      <w:tr w:rsidR="005326BC" w14:paraId="3546A014" w14:textId="77777777" w:rsidTr="005326BC">
        <w:tc>
          <w:tcPr>
            <w:tcW w:w="4788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595699" w14:textId="77777777" w:rsidR="005326BC" w:rsidRDefault="005326BC" w:rsidP="001D40C7">
            <w:proofErr w:type="spellStart"/>
            <w:r>
              <w:rPr>
                <w:sz w:val="20"/>
              </w:rPr>
              <w:t>Qualifica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conseguita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5BEAAB" w14:textId="77777777" w:rsidR="005326BC" w:rsidRDefault="005326BC" w:rsidP="001D40C7">
            <w:r>
              <w:rPr>
                <w:b/>
                <w:sz w:val="20"/>
              </w:rPr>
              <w:t>Laurea Magistrale</w:t>
            </w:r>
          </w:p>
        </w:tc>
      </w:tr>
    </w:tbl>
    <w:p w14:paraId="5BF8416F" w14:textId="77777777" w:rsidR="005326BC" w:rsidRDefault="005326BC">
      <w:pPr>
        <w:keepNext/>
        <w:spacing w:before="280" w:after="120"/>
        <w:rPr>
          <w:b/>
          <w:color w:val="003366"/>
          <w:sz w:val="24"/>
        </w:rPr>
      </w:pPr>
    </w:p>
    <w:p w14:paraId="17CB75AC" w14:textId="0249957B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Capacità</w:t>
      </w:r>
      <w:proofErr w:type="spellEnd"/>
      <w:r>
        <w:rPr>
          <w:b/>
          <w:color w:val="003366"/>
          <w:sz w:val="24"/>
        </w:rPr>
        <w:t xml:space="preserve"> e </w:t>
      </w:r>
      <w:proofErr w:type="spellStart"/>
      <w:r>
        <w:rPr>
          <w:b/>
          <w:color w:val="003366"/>
          <w:sz w:val="24"/>
        </w:rPr>
        <w:t>competenze</w:t>
      </w:r>
      <w:proofErr w:type="spellEnd"/>
      <w:r>
        <w:rPr>
          <w:b/>
          <w:color w:val="003366"/>
          <w:sz w:val="24"/>
        </w:rPr>
        <w:t xml:space="preserve"> </w:t>
      </w:r>
      <w:proofErr w:type="spellStart"/>
      <w:r>
        <w:rPr>
          <w:b/>
          <w:color w:val="003366"/>
          <w:sz w:val="24"/>
        </w:rPr>
        <w:t>personali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561009C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6E0B97" w14:textId="77777777" w:rsidR="000F45E8" w:rsidRDefault="005354C9">
            <w:proofErr w:type="spellStart"/>
            <w:r>
              <w:rPr>
                <w:sz w:val="20"/>
              </w:rPr>
              <w:t>Madrelingua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FA454" w14:textId="77777777" w:rsidR="000F45E8" w:rsidRDefault="005354C9">
            <w:r>
              <w:rPr>
                <w:sz w:val="20"/>
              </w:rPr>
              <w:t>ITALIANA</w:t>
            </w:r>
          </w:p>
        </w:tc>
      </w:tr>
      <w:tr w:rsidR="000F45E8" w14:paraId="505BF7F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52DF6B" w14:textId="77777777" w:rsidR="000F45E8" w:rsidRDefault="005354C9">
            <w:proofErr w:type="spellStart"/>
            <w:r>
              <w:rPr>
                <w:sz w:val="20"/>
              </w:rPr>
              <w:t>Altre</w:t>
            </w:r>
            <w:proofErr w:type="spellEnd"/>
            <w:r>
              <w:rPr>
                <w:sz w:val="20"/>
              </w:rPr>
              <w:t xml:space="preserve"> lingue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1EF73" w14:textId="1FB338E3" w:rsidR="000F45E8" w:rsidRDefault="00C06144">
            <w:r>
              <w:rPr>
                <w:sz w:val="20"/>
              </w:rPr>
              <w:t>Inglese</w:t>
            </w:r>
            <w:r w:rsidR="007E46D9">
              <w:rPr>
                <w:sz w:val="20"/>
              </w:rPr>
              <w:t>/Francese</w:t>
            </w:r>
          </w:p>
        </w:tc>
      </w:tr>
      <w:tr w:rsidR="000F45E8" w14:paraId="7C0A70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450C8E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lettura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FA284" w14:textId="4BDAF709" w:rsidR="000F45E8" w:rsidRDefault="00C06144">
            <w:r>
              <w:rPr>
                <w:sz w:val="20"/>
              </w:rPr>
              <w:t>Scolastico</w:t>
            </w:r>
          </w:p>
        </w:tc>
      </w:tr>
      <w:tr w:rsidR="000F45E8" w14:paraId="0A1F5F7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870014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scrittura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1ABF07" w14:textId="6B41EA18" w:rsidR="000F45E8" w:rsidRDefault="007E46D9">
            <w:r>
              <w:rPr>
                <w:sz w:val="20"/>
              </w:rPr>
              <w:t>S</w:t>
            </w:r>
            <w:r w:rsidR="00C06144">
              <w:rPr>
                <w:sz w:val="20"/>
              </w:rPr>
              <w:t>colastico</w:t>
            </w:r>
          </w:p>
        </w:tc>
      </w:tr>
      <w:tr w:rsidR="000F45E8" w14:paraId="5AD4A65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9F001F" w14:textId="77777777" w:rsidR="000F45E8" w:rsidRDefault="005354C9">
            <w:r>
              <w:rPr>
                <w:i/>
                <w:sz w:val="20"/>
              </w:rPr>
              <w:t xml:space="preserve">• </w:t>
            </w:r>
            <w:proofErr w:type="spellStart"/>
            <w:r>
              <w:rPr>
                <w:i/>
                <w:sz w:val="20"/>
              </w:rPr>
              <w:t>Capacità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espressione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orale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D48A91" w14:textId="41BE4AA2" w:rsidR="000F45E8" w:rsidRDefault="00C06144">
            <w:r>
              <w:rPr>
                <w:sz w:val="20"/>
              </w:rPr>
              <w:t>Scolastico</w:t>
            </w:r>
          </w:p>
        </w:tc>
      </w:tr>
      <w:tr w:rsidR="000F45E8" w14:paraId="2154406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FDD390" w14:textId="77777777" w:rsidR="000F45E8" w:rsidRDefault="005354C9">
            <w:proofErr w:type="spellStart"/>
            <w:r>
              <w:rPr>
                <w:sz w:val="20"/>
              </w:rPr>
              <w:lastRenderedPageBreak/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relazionali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5387BD" w14:textId="239BB81E" w:rsidR="000F45E8" w:rsidRDefault="007E46D9">
            <w:pPr>
              <w:rPr>
                <w:sz w:val="20"/>
              </w:rPr>
            </w:pPr>
            <w:r>
              <w:rPr>
                <w:sz w:val="20"/>
              </w:rPr>
              <w:t xml:space="preserve">Lavoro a </w:t>
            </w:r>
            <w:proofErr w:type="spellStart"/>
            <w:r>
              <w:rPr>
                <w:sz w:val="20"/>
              </w:rPr>
              <w:t>contatto</w:t>
            </w:r>
            <w:proofErr w:type="spellEnd"/>
            <w:r>
              <w:rPr>
                <w:sz w:val="20"/>
              </w:rPr>
              <w:t xml:space="preserve"> con il </w:t>
            </w:r>
            <w:proofErr w:type="spellStart"/>
            <w:r>
              <w:rPr>
                <w:sz w:val="20"/>
              </w:rPr>
              <w:t>pubblico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dispensazione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farmaco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parafarmaco</w:t>
            </w:r>
            <w:proofErr w:type="spellEnd"/>
            <w:r>
              <w:rPr>
                <w:sz w:val="20"/>
              </w:rPr>
              <w:t>.</w:t>
            </w:r>
          </w:p>
          <w:p w14:paraId="66A9F621" w14:textId="5A14C4F5" w:rsidR="007E46D9" w:rsidRDefault="007E46D9">
            <w:r>
              <w:rPr>
                <w:sz w:val="20"/>
              </w:rPr>
              <w:t xml:space="preserve">Mi </w:t>
            </w:r>
            <w:proofErr w:type="spellStart"/>
            <w:r>
              <w:rPr>
                <w:sz w:val="20"/>
              </w:rPr>
              <w:t>relaziono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rappresentanti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distributori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F45E8" w14:paraId="07F5F9C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6B4C3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organizzative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C1696B" w14:textId="797B83CE" w:rsidR="000F45E8" w:rsidRDefault="000F45E8"/>
        </w:tc>
      </w:tr>
      <w:tr w:rsidR="000F45E8" w14:paraId="31914C7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7BFAD9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tecniche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53091B" w14:textId="398CE128" w:rsidR="000F45E8" w:rsidRDefault="005126FB">
            <w:r>
              <w:rPr>
                <w:sz w:val="20"/>
                <w:lang w:val="it-IT"/>
              </w:rPr>
              <w:t>Utilizzo del computer, software specifici della mia mansione, internet, posta elettronica</w:t>
            </w:r>
          </w:p>
        </w:tc>
      </w:tr>
      <w:tr w:rsidR="000F45E8" w14:paraId="340908B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E70A8" w14:textId="77777777" w:rsidR="000F45E8" w:rsidRDefault="005354C9"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artistiche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49C32" w14:textId="32ADA86C" w:rsidR="000F45E8" w:rsidRDefault="005126FB">
            <w:proofErr w:type="spellStart"/>
            <w:r>
              <w:rPr>
                <w:sz w:val="20"/>
              </w:rPr>
              <w:t>Buone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artistiche</w:t>
            </w:r>
            <w:proofErr w:type="spellEnd"/>
            <w:r>
              <w:rPr>
                <w:sz w:val="20"/>
              </w:rPr>
              <w:t xml:space="preserve">, a </w:t>
            </w:r>
            <w:proofErr w:type="spellStart"/>
            <w:r>
              <w:rPr>
                <w:sz w:val="20"/>
              </w:rPr>
              <w:t>livello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amatoriale</w:t>
            </w:r>
            <w:proofErr w:type="spellEnd"/>
            <w:r>
              <w:rPr>
                <w:sz w:val="20"/>
              </w:rPr>
              <w:t xml:space="preserve"> danza e teatro</w:t>
            </w:r>
          </w:p>
        </w:tc>
      </w:tr>
      <w:tr w:rsidR="000F45E8" w14:paraId="0E15D4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A083E3" w14:textId="77777777" w:rsidR="000F45E8" w:rsidRDefault="005354C9">
            <w:proofErr w:type="spellStart"/>
            <w:r>
              <w:rPr>
                <w:sz w:val="20"/>
              </w:rPr>
              <w:t>Patente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patenti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F07DC4" w14:textId="3C420743" w:rsidR="000F45E8" w:rsidRDefault="005354C9">
            <w:proofErr w:type="spellStart"/>
            <w:r>
              <w:rPr>
                <w:sz w:val="20"/>
              </w:rPr>
              <w:t>Patente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guida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tipo</w:t>
            </w:r>
            <w:proofErr w:type="spellEnd"/>
            <w:r>
              <w:rPr>
                <w:sz w:val="20"/>
              </w:rPr>
              <w:t xml:space="preserve"> B </w:t>
            </w:r>
          </w:p>
        </w:tc>
      </w:tr>
    </w:tbl>
    <w:p w14:paraId="66D96587" w14:textId="77777777" w:rsidR="00FF49DA" w:rsidRPr="00FF49DA" w:rsidRDefault="005354C9">
      <w:pPr>
        <w:spacing w:before="360" w:after="120"/>
        <w:rPr>
          <w:bCs/>
        </w:rPr>
      </w:pPr>
      <w:r>
        <w:rPr>
          <w:b/>
        </w:rPr>
        <w:br/>
      </w:r>
      <w:r w:rsidRPr="00FF49DA">
        <w:rPr>
          <w:bCs/>
        </w:rPr>
        <w:t xml:space="preserve">Data: </w:t>
      </w:r>
      <w:r w:rsidR="00FF49DA" w:rsidRPr="00FF49DA">
        <w:rPr>
          <w:bCs/>
        </w:rPr>
        <w:t xml:space="preserve">22.10.2021 </w:t>
      </w:r>
    </w:p>
    <w:p w14:paraId="7681FAD5" w14:textId="7E9CF7BF" w:rsidR="000F45E8" w:rsidRDefault="005354C9">
      <w:pPr>
        <w:spacing w:before="360" w:after="120"/>
      </w:pPr>
      <w:r>
        <w:rPr>
          <w:b/>
        </w:rPr>
        <w:br/>
      </w:r>
      <w:proofErr w:type="spellStart"/>
      <w:r>
        <w:rPr>
          <w:b/>
        </w:rPr>
        <w:t>Firma</w:t>
      </w:r>
      <w:proofErr w:type="spellEnd"/>
      <w:r>
        <w:rPr>
          <w:b/>
        </w:rPr>
        <w:t xml:space="preserve">: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sottoscritto</w:t>
      </w:r>
      <w:proofErr w:type="spellEnd"/>
      <w:r>
        <w:t xml:space="preserve"> in </w:t>
      </w:r>
      <w:proofErr w:type="spellStart"/>
      <w:r>
        <w:t>originale</w:t>
      </w:r>
      <w:proofErr w:type="spellEnd"/>
      <w:r>
        <w:t xml:space="preserve"> dal </w:t>
      </w:r>
      <w:proofErr w:type="spellStart"/>
      <w:r>
        <w:t>titolare</w:t>
      </w:r>
      <w:proofErr w:type="spellEnd"/>
      <w:r>
        <w:t xml:space="preserve"> </w:t>
      </w:r>
      <w:proofErr w:type="spellStart"/>
      <w:r>
        <w:t>dell'incarico</w:t>
      </w:r>
      <w:proofErr w:type="spellEnd"/>
      <w:r>
        <w:t>.</w:t>
      </w:r>
      <w:r>
        <w:br/>
      </w:r>
      <w:r>
        <w:rPr>
          <w:i/>
          <w:sz w:val="19"/>
        </w:rPr>
        <w:t xml:space="preserve">(La </w:t>
      </w:r>
      <w:proofErr w:type="spellStart"/>
      <w:r>
        <w:rPr>
          <w:i/>
          <w:sz w:val="19"/>
        </w:rPr>
        <w:t>firma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autografa</w:t>
      </w:r>
      <w:proofErr w:type="spellEnd"/>
      <w:r>
        <w:rPr>
          <w:i/>
          <w:sz w:val="19"/>
        </w:rPr>
        <w:t xml:space="preserve"> è </w:t>
      </w:r>
      <w:proofErr w:type="spellStart"/>
      <w:r>
        <w:rPr>
          <w:i/>
          <w:sz w:val="19"/>
        </w:rPr>
        <w:t>omessa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sulla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copia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pubblicata</w:t>
      </w:r>
      <w:proofErr w:type="spellEnd"/>
      <w:r>
        <w:rPr>
          <w:i/>
          <w:sz w:val="19"/>
        </w:rPr>
        <w:t xml:space="preserve"> online ai sensi </w:t>
      </w:r>
      <w:proofErr w:type="spellStart"/>
      <w:r>
        <w:rPr>
          <w:i/>
          <w:sz w:val="19"/>
        </w:rPr>
        <w:t>dell'art</w:t>
      </w:r>
      <w:proofErr w:type="spellEnd"/>
      <w:r>
        <w:rPr>
          <w:i/>
          <w:sz w:val="19"/>
        </w:rPr>
        <w:t xml:space="preserve">. 26 del </w:t>
      </w:r>
      <w:proofErr w:type="spellStart"/>
      <w:proofErr w:type="gramStart"/>
      <w:r>
        <w:rPr>
          <w:i/>
          <w:sz w:val="19"/>
        </w:rPr>
        <w:t>D.Lgs</w:t>
      </w:r>
      <w:proofErr w:type="spellEnd"/>
      <w:proofErr w:type="gramEnd"/>
      <w:r>
        <w:rPr>
          <w:i/>
          <w:sz w:val="19"/>
        </w:rPr>
        <w:t xml:space="preserve">. 33/2013 e </w:t>
      </w:r>
      <w:proofErr w:type="spellStart"/>
      <w:r>
        <w:rPr>
          <w:i/>
          <w:sz w:val="19"/>
        </w:rPr>
        <w:t>delle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linee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guida</w:t>
      </w:r>
      <w:proofErr w:type="spellEnd"/>
      <w:r>
        <w:rPr>
          <w:i/>
          <w:sz w:val="19"/>
        </w:rPr>
        <w:t xml:space="preserve"> del </w:t>
      </w:r>
      <w:proofErr w:type="spellStart"/>
      <w:r>
        <w:rPr>
          <w:i/>
          <w:sz w:val="19"/>
        </w:rPr>
        <w:t>Garante</w:t>
      </w:r>
      <w:proofErr w:type="spellEnd"/>
      <w:r>
        <w:rPr>
          <w:i/>
          <w:sz w:val="19"/>
        </w:rPr>
        <w:t xml:space="preserve"> Privacy).</w:t>
      </w:r>
      <w:r>
        <w:rPr>
          <w:i/>
          <w:sz w:val="19"/>
        </w:rPr>
        <w:br/>
      </w:r>
      <w:r>
        <w:rPr>
          <w:i/>
          <w:sz w:val="19"/>
        </w:rPr>
        <w:br/>
      </w:r>
      <w:proofErr w:type="spellStart"/>
      <w:r>
        <w:rPr>
          <w:i/>
          <w:sz w:val="19"/>
        </w:rPr>
        <w:t>Autorizzo</w:t>
      </w:r>
      <w:proofErr w:type="spellEnd"/>
      <w:r>
        <w:rPr>
          <w:i/>
          <w:sz w:val="19"/>
        </w:rPr>
        <w:t xml:space="preserve"> il </w:t>
      </w:r>
      <w:proofErr w:type="spellStart"/>
      <w:r>
        <w:rPr>
          <w:i/>
          <w:sz w:val="19"/>
        </w:rPr>
        <w:t>trattamento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dei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miei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dati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personali</w:t>
      </w:r>
      <w:proofErr w:type="spellEnd"/>
      <w:r>
        <w:rPr>
          <w:i/>
          <w:sz w:val="19"/>
        </w:rPr>
        <w:t xml:space="preserve"> ai sensi del D. </w:t>
      </w:r>
      <w:proofErr w:type="spellStart"/>
      <w:r>
        <w:rPr>
          <w:i/>
          <w:sz w:val="19"/>
        </w:rPr>
        <w:t>Lgs</w:t>
      </w:r>
      <w:proofErr w:type="spellEnd"/>
      <w:r>
        <w:rPr>
          <w:i/>
          <w:sz w:val="19"/>
        </w:rPr>
        <w:t>. n. 196/2003 e del GDPR (</w:t>
      </w:r>
      <w:proofErr w:type="spellStart"/>
      <w:r>
        <w:rPr>
          <w:i/>
          <w:sz w:val="19"/>
        </w:rPr>
        <w:t>Regolamento</w:t>
      </w:r>
      <w:proofErr w:type="spellEnd"/>
      <w:r>
        <w:rPr>
          <w:i/>
          <w:sz w:val="19"/>
        </w:rPr>
        <w:t xml:space="preserve"> UE 2016/679) </w:t>
      </w:r>
      <w:proofErr w:type="spellStart"/>
      <w:r>
        <w:rPr>
          <w:i/>
          <w:sz w:val="19"/>
        </w:rPr>
        <w:t>esclusivamente</w:t>
      </w:r>
      <w:proofErr w:type="spellEnd"/>
      <w:r>
        <w:rPr>
          <w:i/>
          <w:sz w:val="19"/>
        </w:rPr>
        <w:t xml:space="preserve"> per le </w:t>
      </w:r>
      <w:proofErr w:type="spellStart"/>
      <w:r>
        <w:rPr>
          <w:i/>
          <w:sz w:val="19"/>
        </w:rPr>
        <w:t>finalità</w:t>
      </w:r>
      <w:proofErr w:type="spellEnd"/>
      <w:r>
        <w:rPr>
          <w:i/>
          <w:sz w:val="19"/>
        </w:rPr>
        <w:t xml:space="preserve"> di </w:t>
      </w:r>
      <w:proofErr w:type="spellStart"/>
      <w:r>
        <w:rPr>
          <w:i/>
          <w:sz w:val="19"/>
        </w:rPr>
        <w:t>pubblicazione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istituzionale</w:t>
      </w:r>
      <w:proofErr w:type="spellEnd"/>
      <w:r>
        <w:rPr>
          <w:i/>
          <w:sz w:val="19"/>
        </w:rPr>
        <w:t xml:space="preserve"> legate </w:t>
      </w:r>
      <w:proofErr w:type="spellStart"/>
      <w:r>
        <w:rPr>
          <w:i/>
          <w:sz w:val="19"/>
        </w:rPr>
        <w:t>agli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obblighi</w:t>
      </w:r>
      <w:proofErr w:type="spellEnd"/>
      <w:r>
        <w:rPr>
          <w:i/>
          <w:sz w:val="19"/>
        </w:rPr>
        <w:t xml:space="preserve"> di </w:t>
      </w:r>
      <w:proofErr w:type="spellStart"/>
      <w:r>
        <w:rPr>
          <w:i/>
          <w:sz w:val="19"/>
        </w:rPr>
        <w:t>trasparenza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dell'ente</w:t>
      </w:r>
      <w:proofErr w:type="spellEnd"/>
      <w:r>
        <w:rPr>
          <w:i/>
          <w:sz w:val="19"/>
        </w:rPr>
        <w:t>.</w:t>
      </w:r>
    </w:p>
    <w:sectPr w:rsidR="000F45E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5153259">
    <w:abstractNumId w:val="8"/>
  </w:num>
  <w:num w:numId="2" w16cid:durableId="65762530">
    <w:abstractNumId w:val="6"/>
  </w:num>
  <w:num w:numId="3" w16cid:durableId="916522626">
    <w:abstractNumId w:val="5"/>
  </w:num>
  <w:num w:numId="4" w16cid:durableId="885533160">
    <w:abstractNumId w:val="4"/>
  </w:num>
  <w:num w:numId="5" w16cid:durableId="2038579735">
    <w:abstractNumId w:val="7"/>
  </w:num>
  <w:num w:numId="6" w16cid:durableId="27142641">
    <w:abstractNumId w:val="3"/>
  </w:num>
  <w:num w:numId="7" w16cid:durableId="1330715088">
    <w:abstractNumId w:val="2"/>
  </w:num>
  <w:num w:numId="8" w16cid:durableId="864565561">
    <w:abstractNumId w:val="1"/>
  </w:num>
  <w:num w:numId="9" w16cid:durableId="15265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B41"/>
    <w:rsid w:val="000F45E8"/>
    <w:rsid w:val="0015074B"/>
    <w:rsid w:val="0029639D"/>
    <w:rsid w:val="00326F90"/>
    <w:rsid w:val="0042333C"/>
    <w:rsid w:val="005126FB"/>
    <w:rsid w:val="005326BC"/>
    <w:rsid w:val="005354C9"/>
    <w:rsid w:val="007E46D9"/>
    <w:rsid w:val="00AA1D8D"/>
    <w:rsid w:val="00B47730"/>
    <w:rsid w:val="00BB7D6D"/>
    <w:rsid w:val="00C06144"/>
    <w:rsid w:val="00CA78D7"/>
    <w:rsid w:val="00CB0664"/>
    <w:rsid w:val="00CD0496"/>
    <w:rsid w:val="00DD0B22"/>
    <w:rsid w:val="00EF4154"/>
    <w:rsid w:val="00F05604"/>
    <w:rsid w:val="00FC693F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D3957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2091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2</cp:revision>
  <dcterms:created xsi:type="dcterms:W3CDTF">2026-09-18T06:23:00Z</dcterms:created>
  <dcterms:modified xsi:type="dcterms:W3CDTF">2026-09-18T06:23:00Z</dcterms:modified>
  <cp:category/>
</cp:coreProperties>
</file>