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E7328" w14:textId="77777777" w:rsidR="000F45E8" w:rsidRPr="00D3264F" w:rsidRDefault="005354C9">
      <w:pPr>
        <w:jc w:val="center"/>
        <w:rPr>
          <w:lang w:val="it-IT"/>
        </w:rPr>
      </w:pPr>
      <w:r w:rsidRPr="00D3264F">
        <w:rPr>
          <w:b/>
          <w:sz w:val="28"/>
          <w:lang w:val="it-IT"/>
        </w:rPr>
        <w:t>FORMATO EUROPEO PER IL CURRICULUM VITAE</w:t>
      </w:r>
      <w:r w:rsidRPr="00D3264F">
        <w:rPr>
          <w:b/>
          <w:sz w:val="28"/>
          <w:lang w:val="it-IT"/>
        </w:rPr>
        <w:br/>
      </w:r>
    </w:p>
    <w:p w14:paraId="1C249E79" w14:textId="77777777" w:rsidR="000F45E8" w:rsidRDefault="005354C9">
      <w:pPr>
        <w:keepNext/>
        <w:spacing w:before="280" w:after="120"/>
      </w:pPr>
      <w:proofErr w:type="spellStart"/>
      <w:r>
        <w:rPr>
          <w:b/>
          <w:color w:val="003366"/>
          <w:sz w:val="24"/>
        </w:rPr>
        <w:t>Informazioni</w:t>
      </w:r>
      <w:proofErr w:type="spellEnd"/>
      <w:r>
        <w:rPr>
          <w:b/>
          <w:color w:val="003366"/>
          <w:sz w:val="24"/>
        </w:rPr>
        <w:t xml:space="preserve"> </w:t>
      </w:r>
      <w:proofErr w:type="spellStart"/>
      <w:r>
        <w:rPr>
          <w:b/>
          <w:color w:val="003366"/>
          <w:sz w:val="24"/>
        </w:rPr>
        <w:t>personali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0F45E8" w:rsidRPr="00D3264F" w14:paraId="271FCE06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E052BC" w14:textId="60FB991C" w:rsidR="000F45E8" w:rsidRDefault="005D5508">
            <w:r>
              <w:rPr>
                <w:sz w:val="20"/>
              </w:rPr>
              <w:t xml:space="preserve">Nome e </w:t>
            </w:r>
            <w:proofErr w:type="spellStart"/>
            <w:r>
              <w:rPr>
                <w:sz w:val="20"/>
              </w:rPr>
              <w:t>Cognome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D2DAC7" w14:textId="4BADA51A" w:rsidR="000F45E8" w:rsidRPr="005D5508" w:rsidRDefault="005D5508">
            <w:pPr>
              <w:rPr>
                <w:bCs/>
                <w:lang w:val="it-IT"/>
              </w:rPr>
            </w:pPr>
            <w:r>
              <w:rPr>
                <w:bCs/>
                <w:sz w:val="20"/>
                <w:lang w:val="it-IT"/>
              </w:rPr>
              <w:t>Paolo Vicari</w:t>
            </w:r>
          </w:p>
        </w:tc>
      </w:tr>
      <w:tr w:rsidR="000F45E8" w:rsidRPr="00D3264F" w14:paraId="6845C6AB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2F8BD5" w14:textId="77777777" w:rsidR="000F45E8" w:rsidRDefault="005354C9">
            <w:r>
              <w:rPr>
                <w:sz w:val="20"/>
              </w:rPr>
              <w:t xml:space="preserve">E-mail </w:t>
            </w:r>
            <w:proofErr w:type="spellStart"/>
            <w:r>
              <w:rPr>
                <w:sz w:val="20"/>
              </w:rPr>
              <w:t>istituzionale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142113" w14:textId="5461FE7C" w:rsidR="000F45E8" w:rsidRPr="00D3264F" w:rsidRDefault="005D5508">
            <w:pPr>
              <w:rPr>
                <w:lang w:val="it-IT"/>
              </w:rPr>
            </w:pPr>
            <w:r>
              <w:rPr>
                <w:sz w:val="20"/>
                <w:lang w:val="it-IT"/>
              </w:rPr>
              <w:t>info@comune.frassino.cn.it</w:t>
            </w:r>
          </w:p>
        </w:tc>
      </w:tr>
      <w:tr w:rsidR="000F45E8" w14:paraId="03A7F85D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E3761F" w14:textId="77777777" w:rsidR="000F45E8" w:rsidRDefault="005354C9">
            <w:proofErr w:type="spellStart"/>
            <w:r>
              <w:rPr>
                <w:sz w:val="20"/>
              </w:rPr>
              <w:t>Nazionalità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376199" w14:textId="77777777" w:rsidR="000F45E8" w:rsidRDefault="005354C9">
            <w:proofErr w:type="spellStart"/>
            <w:r>
              <w:rPr>
                <w:sz w:val="20"/>
              </w:rPr>
              <w:t>Italiana</w:t>
            </w:r>
            <w:proofErr w:type="spellEnd"/>
          </w:p>
        </w:tc>
      </w:tr>
      <w:tr w:rsidR="000F45E8" w:rsidRPr="00D3264F" w14:paraId="4DEF4110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EFA9BA" w14:textId="77777777" w:rsidR="000F45E8" w:rsidRPr="00D3264F" w:rsidRDefault="005354C9">
            <w:pPr>
              <w:rPr>
                <w:lang w:val="it-IT"/>
              </w:rPr>
            </w:pPr>
            <w:r w:rsidRPr="00D3264F">
              <w:rPr>
                <w:sz w:val="20"/>
                <w:lang w:val="it-IT"/>
              </w:rPr>
              <w:t>Luogo e data di nascita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4F2946" w14:textId="25671029" w:rsidR="000F45E8" w:rsidRPr="00D3264F" w:rsidRDefault="00D3264F">
            <w:pPr>
              <w:rPr>
                <w:lang w:val="it-IT"/>
              </w:rPr>
            </w:pPr>
            <w:r>
              <w:rPr>
                <w:sz w:val="20"/>
                <w:lang w:val="it-IT"/>
              </w:rPr>
              <w:t>Torino 3 giugno 1969</w:t>
            </w:r>
          </w:p>
        </w:tc>
      </w:tr>
    </w:tbl>
    <w:p w14:paraId="6E9FEC75" w14:textId="77777777" w:rsidR="000F45E8" w:rsidRDefault="005354C9">
      <w:pPr>
        <w:keepNext/>
        <w:spacing w:before="280" w:after="120"/>
      </w:pPr>
      <w:proofErr w:type="spellStart"/>
      <w:r>
        <w:rPr>
          <w:b/>
          <w:color w:val="003366"/>
          <w:sz w:val="24"/>
        </w:rPr>
        <w:t>Esperienza</w:t>
      </w:r>
      <w:proofErr w:type="spellEnd"/>
      <w:r>
        <w:rPr>
          <w:b/>
          <w:color w:val="003366"/>
          <w:sz w:val="24"/>
        </w:rPr>
        <w:t xml:space="preserve"> </w:t>
      </w:r>
      <w:proofErr w:type="spellStart"/>
      <w:r>
        <w:rPr>
          <w:b/>
          <w:color w:val="003366"/>
          <w:sz w:val="24"/>
        </w:rPr>
        <w:t>lavorativa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0F45E8" w14:paraId="4D3CFD84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3F490E" w14:textId="77777777" w:rsidR="000F45E8" w:rsidRDefault="005354C9">
            <w:r>
              <w:rPr>
                <w:sz w:val="20"/>
              </w:rPr>
              <w:t>Data (da – a)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E25DFF" w14:textId="17B4793C" w:rsidR="000F45E8" w:rsidRDefault="005354C9">
            <w:r>
              <w:rPr>
                <w:sz w:val="20"/>
              </w:rPr>
              <w:t xml:space="preserve">DAL </w:t>
            </w:r>
            <w:r w:rsidR="00D3264F">
              <w:rPr>
                <w:sz w:val="20"/>
              </w:rPr>
              <w:t xml:space="preserve">15 </w:t>
            </w:r>
            <w:proofErr w:type="spellStart"/>
            <w:r w:rsidR="00D3264F">
              <w:rPr>
                <w:sz w:val="20"/>
              </w:rPr>
              <w:t>dicembre</w:t>
            </w:r>
            <w:proofErr w:type="spellEnd"/>
            <w:r w:rsidR="00D3264F">
              <w:rPr>
                <w:sz w:val="20"/>
              </w:rPr>
              <w:t xml:space="preserve"> 1995 </w:t>
            </w:r>
            <w:r>
              <w:rPr>
                <w:sz w:val="20"/>
              </w:rPr>
              <w:t>A</w:t>
            </w:r>
            <w:r w:rsidR="00D3264F">
              <w:rPr>
                <w:sz w:val="20"/>
              </w:rPr>
              <w:t xml:space="preserve"> </w:t>
            </w:r>
            <w:proofErr w:type="spellStart"/>
            <w:r w:rsidR="00D3264F">
              <w:rPr>
                <w:sz w:val="20"/>
              </w:rPr>
              <w:t>oggi</w:t>
            </w:r>
            <w:proofErr w:type="spellEnd"/>
          </w:p>
        </w:tc>
      </w:tr>
      <w:tr w:rsidR="000F45E8" w:rsidRPr="00D3264F" w14:paraId="0C357C84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D690CA" w14:textId="77777777" w:rsidR="000F45E8" w:rsidRPr="00D3264F" w:rsidRDefault="005354C9">
            <w:pPr>
              <w:rPr>
                <w:lang w:val="it-IT"/>
              </w:rPr>
            </w:pPr>
            <w:r w:rsidRPr="00D3264F">
              <w:rPr>
                <w:sz w:val="20"/>
                <w:lang w:val="it-IT"/>
              </w:rPr>
              <w:t>Nome e indirizzo del datore di lavoro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7D5513" w14:textId="0D40671A" w:rsidR="000F45E8" w:rsidRPr="00D3264F" w:rsidRDefault="00D3264F">
            <w:pPr>
              <w:rPr>
                <w:lang w:val="it-IT"/>
              </w:rPr>
            </w:pPr>
            <w:r>
              <w:rPr>
                <w:sz w:val="20"/>
                <w:lang w:val="it-IT"/>
              </w:rPr>
              <w:t>Università degli Studi di Torino</w:t>
            </w:r>
          </w:p>
        </w:tc>
      </w:tr>
      <w:tr w:rsidR="000F45E8" w:rsidRPr="00D3264F" w14:paraId="1DD66F88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F699C8" w14:textId="77777777" w:rsidR="000F45E8" w:rsidRPr="00D3264F" w:rsidRDefault="005354C9">
            <w:pPr>
              <w:rPr>
                <w:lang w:val="it-IT"/>
              </w:rPr>
            </w:pPr>
            <w:r w:rsidRPr="00D3264F">
              <w:rPr>
                <w:sz w:val="20"/>
                <w:lang w:val="it-IT"/>
              </w:rPr>
              <w:t>Tipo di azienda o settore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7698F2" w14:textId="56648659" w:rsidR="000F45E8" w:rsidRPr="00D3264F" w:rsidRDefault="005354C9">
            <w:pPr>
              <w:rPr>
                <w:lang w:val="it-IT"/>
              </w:rPr>
            </w:pPr>
            <w:r w:rsidRPr="00D3264F">
              <w:rPr>
                <w:sz w:val="20"/>
                <w:lang w:val="it-IT"/>
              </w:rPr>
              <w:t>Pubblica Amministrazione</w:t>
            </w:r>
          </w:p>
        </w:tc>
      </w:tr>
      <w:tr w:rsidR="000F45E8" w:rsidRPr="00D3264F" w14:paraId="06FA7620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81724C" w14:textId="77777777" w:rsidR="000F45E8" w:rsidRDefault="005354C9">
            <w:r>
              <w:rPr>
                <w:sz w:val="20"/>
              </w:rPr>
              <w:t xml:space="preserve">Tipo di </w:t>
            </w:r>
            <w:proofErr w:type="spellStart"/>
            <w:r>
              <w:rPr>
                <w:sz w:val="20"/>
              </w:rPr>
              <w:t>impiego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0AA8CB" w14:textId="4627739F" w:rsidR="000F45E8" w:rsidRPr="00D3264F" w:rsidRDefault="005354C9">
            <w:pPr>
              <w:rPr>
                <w:lang w:val="it-IT"/>
              </w:rPr>
            </w:pPr>
            <w:r w:rsidRPr="00D3264F">
              <w:rPr>
                <w:sz w:val="20"/>
                <w:lang w:val="it-IT"/>
              </w:rPr>
              <w:t>Dipendente</w:t>
            </w:r>
          </w:p>
        </w:tc>
      </w:tr>
      <w:tr w:rsidR="000F45E8" w:rsidRPr="00D3264F" w14:paraId="78956D39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925F33" w14:textId="77777777" w:rsidR="000F45E8" w:rsidRDefault="005354C9">
            <w:proofErr w:type="spellStart"/>
            <w:r>
              <w:rPr>
                <w:sz w:val="20"/>
              </w:rPr>
              <w:t>Principali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mansioni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responsabilità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5AFC7E" w14:textId="6BDF5E68" w:rsidR="000F45E8" w:rsidRPr="00D3264F" w:rsidRDefault="005354C9">
            <w:pPr>
              <w:rPr>
                <w:lang w:val="it-IT"/>
              </w:rPr>
            </w:pPr>
            <w:r w:rsidRPr="00D3264F">
              <w:rPr>
                <w:b/>
                <w:sz w:val="20"/>
                <w:lang w:val="it-IT"/>
              </w:rPr>
              <w:t>AGGIUNGERE TUTTE LE ESPERIENZE LAVORATIVE</w:t>
            </w:r>
            <w:r w:rsidRPr="00D3264F">
              <w:rPr>
                <w:sz w:val="19"/>
                <w:lang w:val="it-IT"/>
              </w:rPr>
              <w:br/>
            </w:r>
            <w:r w:rsidR="00D3264F">
              <w:rPr>
                <w:sz w:val="19"/>
                <w:lang w:val="it-IT"/>
              </w:rPr>
              <w:t>Funzionario con incarico di Responsabile di Sezione</w:t>
            </w:r>
          </w:p>
        </w:tc>
      </w:tr>
    </w:tbl>
    <w:p w14:paraId="178C22DD" w14:textId="77777777" w:rsidR="000F45E8" w:rsidRDefault="005354C9">
      <w:pPr>
        <w:keepNext/>
        <w:spacing w:before="280" w:after="120"/>
      </w:pPr>
      <w:proofErr w:type="spellStart"/>
      <w:r>
        <w:rPr>
          <w:b/>
          <w:color w:val="003366"/>
          <w:sz w:val="24"/>
        </w:rPr>
        <w:t>Istruzione</w:t>
      </w:r>
      <w:proofErr w:type="spellEnd"/>
      <w:r>
        <w:rPr>
          <w:b/>
          <w:color w:val="003366"/>
          <w:sz w:val="24"/>
        </w:rPr>
        <w:t xml:space="preserve"> e </w:t>
      </w:r>
      <w:proofErr w:type="spellStart"/>
      <w:r>
        <w:rPr>
          <w:b/>
          <w:color w:val="003366"/>
          <w:sz w:val="24"/>
        </w:rPr>
        <w:t>formazione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0F45E8" w14:paraId="0D1CFE35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223533" w14:textId="77777777" w:rsidR="000F45E8" w:rsidRDefault="005354C9">
            <w:r>
              <w:rPr>
                <w:sz w:val="20"/>
              </w:rPr>
              <w:t>Data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5FD938" w14:textId="0DB03395" w:rsidR="000F45E8" w:rsidRDefault="00BF4D4C">
            <w:r>
              <w:t>A.A. 2001-2002</w:t>
            </w:r>
          </w:p>
        </w:tc>
      </w:tr>
      <w:tr w:rsidR="000F45E8" w:rsidRPr="00D3264F" w14:paraId="37009ABF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50E7F5" w14:textId="77777777" w:rsidR="000F45E8" w:rsidRPr="00D3264F" w:rsidRDefault="005354C9">
            <w:pPr>
              <w:rPr>
                <w:lang w:val="it-IT"/>
              </w:rPr>
            </w:pPr>
            <w:r w:rsidRPr="00D3264F">
              <w:rPr>
                <w:sz w:val="20"/>
                <w:lang w:val="it-IT"/>
              </w:rPr>
              <w:t>Nome e tipo di istituto di istruzione o formazione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DF7E64" w14:textId="36A0FCC0" w:rsidR="000F45E8" w:rsidRPr="00D3264F" w:rsidRDefault="00D3264F">
            <w:pPr>
              <w:rPr>
                <w:lang w:val="it-IT"/>
              </w:rPr>
            </w:pPr>
            <w:r>
              <w:rPr>
                <w:sz w:val="20"/>
                <w:lang w:val="it-IT"/>
              </w:rPr>
              <w:t>Università degli Studi di Torino</w:t>
            </w:r>
          </w:p>
        </w:tc>
      </w:tr>
      <w:tr w:rsidR="000F45E8" w:rsidRPr="00D3264F" w14:paraId="5FF8EC96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3D51C0" w14:textId="77777777" w:rsidR="000F45E8" w:rsidRPr="00D3264F" w:rsidRDefault="005354C9">
            <w:pPr>
              <w:rPr>
                <w:lang w:val="it-IT"/>
              </w:rPr>
            </w:pPr>
            <w:r w:rsidRPr="00D3264F">
              <w:rPr>
                <w:sz w:val="20"/>
                <w:lang w:val="it-IT"/>
              </w:rPr>
              <w:t>Principali materie / abilità professionali oggetto del corso di studi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760DB7" w14:textId="18B6B3A8" w:rsidR="000F45E8" w:rsidRPr="00D3264F" w:rsidRDefault="00D3264F">
            <w:pPr>
              <w:rPr>
                <w:lang w:val="it-IT"/>
              </w:rPr>
            </w:pPr>
            <w:r>
              <w:rPr>
                <w:sz w:val="20"/>
                <w:lang w:val="it-IT"/>
              </w:rPr>
              <w:t>Economia e Commercio</w:t>
            </w:r>
          </w:p>
        </w:tc>
      </w:tr>
      <w:tr w:rsidR="000F45E8" w:rsidRPr="00D3264F" w14:paraId="4D91F596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991ECA" w14:textId="77777777" w:rsidR="000F45E8" w:rsidRDefault="005354C9">
            <w:proofErr w:type="spellStart"/>
            <w:r>
              <w:rPr>
                <w:sz w:val="20"/>
              </w:rPr>
              <w:t>Qualifica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conseguita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3F2597" w14:textId="7429AC75" w:rsidR="000F45E8" w:rsidRPr="00D3264F" w:rsidRDefault="00D3264F">
            <w:pPr>
              <w:rPr>
                <w:lang w:val="it-IT"/>
              </w:rPr>
            </w:pPr>
            <w:r w:rsidRPr="00D3264F">
              <w:rPr>
                <w:b/>
                <w:sz w:val="20"/>
                <w:lang w:val="it-IT"/>
              </w:rPr>
              <w:t xml:space="preserve">Laurea </w:t>
            </w:r>
            <w:r w:rsidRPr="00D3264F">
              <w:rPr>
                <w:b/>
                <w:bCs/>
                <w:sz w:val="20"/>
                <w:lang w:val="it-IT"/>
              </w:rPr>
              <w:t>ante D.M. 509/99</w:t>
            </w:r>
            <w:r w:rsidRPr="00D3264F">
              <w:rPr>
                <w:b/>
                <w:sz w:val="20"/>
                <w:lang w:val="it-IT"/>
              </w:rPr>
              <w:t xml:space="preserve"> (</w:t>
            </w:r>
            <w:r w:rsidRPr="00D3264F">
              <w:rPr>
                <w:b/>
                <w:i/>
                <w:iCs/>
                <w:sz w:val="20"/>
                <w:lang w:val="it-IT"/>
              </w:rPr>
              <w:t>vecchio ordinamento</w:t>
            </w:r>
            <w:r w:rsidRPr="00D3264F">
              <w:rPr>
                <w:b/>
                <w:sz w:val="20"/>
                <w:lang w:val="it-IT"/>
              </w:rPr>
              <w:t>)</w:t>
            </w:r>
          </w:p>
        </w:tc>
      </w:tr>
      <w:tr w:rsidR="000F45E8" w:rsidRPr="00D3264F" w14:paraId="177FAAE3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874C56" w14:textId="77777777" w:rsidR="000F45E8" w:rsidRDefault="005354C9">
            <w:proofErr w:type="spellStart"/>
            <w:r>
              <w:rPr>
                <w:sz w:val="20"/>
              </w:rPr>
              <w:lastRenderedPageBreak/>
              <w:t>Ulteriori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titoli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887F12" w14:textId="07B5AFD1" w:rsidR="000F45E8" w:rsidRPr="00D3264F" w:rsidRDefault="00D3264F">
            <w:pPr>
              <w:rPr>
                <w:lang w:val="it-IT"/>
              </w:rPr>
            </w:pPr>
            <w:r>
              <w:rPr>
                <w:b/>
                <w:sz w:val="20"/>
                <w:lang w:val="it-IT"/>
              </w:rPr>
              <w:t>Master universitario di II livello in Diritto della Pubblica Amministrazione conseguito presso Università degli Studi di Torino - Facoltà di Giurisprudenza</w:t>
            </w:r>
          </w:p>
        </w:tc>
      </w:tr>
    </w:tbl>
    <w:p w14:paraId="17CB75AC" w14:textId="77777777" w:rsidR="000F45E8" w:rsidRDefault="005354C9">
      <w:pPr>
        <w:keepNext/>
        <w:spacing w:before="280" w:after="120"/>
      </w:pPr>
      <w:proofErr w:type="spellStart"/>
      <w:r>
        <w:rPr>
          <w:b/>
          <w:color w:val="003366"/>
          <w:sz w:val="24"/>
        </w:rPr>
        <w:t>Capacità</w:t>
      </w:r>
      <w:proofErr w:type="spellEnd"/>
      <w:r>
        <w:rPr>
          <w:b/>
          <w:color w:val="003366"/>
          <w:sz w:val="24"/>
        </w:rPr>
        <w:t xml:space="preserve"> e </w:t>
      </w:r>
      <w:proofErr w:type="spellStart"/>
      <w:r>
        <w:rPr>
          <w:b/>
          <w:color w:val="003366"/>
          <w:sz w:val="24"/>
        </w:rPr>
        <w:t>competenze</w:t>
      </w:r>
      <w:proofErr w:type="spellEnd"/>
      <w:r>
        <w:rPr>
          <w:b/>
          <w:color w:val="003366"/>
          <w:sz w:val="24"/>
        </w:rPr>
        <w:t xml:space="preserve"> </w:t>
      </w:r>
      <w:proofErr w:type="spellStart"/>
      <w:r>
        <w:rPr>
          <w:b/>
          <w:color w:val="003366"/>
          <w:sz w:val="24"/>
        </w:rPr>
        <w:t>personali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0F45E8" w14:paraId="561009C0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6E0B97" w14:textId="77777777" w:rsidR="000F45E8" w:rsidRDefault="005354C9">
            <w:proofErr w:type="spellStart"/>
            <w:r>
              <w:rPr>
                <w:sz w:val="20"/>
              </w:rPr>
              <w:t>Madrelingua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BFA454" w14:textId="77777777" w:rsidR="000F45E8" w:rsidRDefault="005354C9">
            <w:r>
              <w:rPr>
                <w:sz w:val="20"/>
              </w:rPr>
              <w:t>ITALIANA</w:t>
            </w:r>
          </w:p>
        </w:tc>
      </w:tr>
      <w:tr w:rsidR="000F45E8" w:rsidRPr="00D3264F" w14:paraId="505BF7FA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52DF6B" w14:textId="77777777" w:rsidR="000F45E8" w:rsidRDefault="005354C9">
            <w:proofErr w:type="spellStart"/>
            <w:r>
              <w:rPr>
                <w:sz w:val="20"/>
              </w:rPr>
              <w:t>Altre</w:t>
            </w:r>
            <w:proofErr w:type="spellEnd"/>
            <w:r>
              <w:rPr>
                <w:sz w:val="20"/>
              </w:rPr>
              <w:t xml:space="preserve"> lingue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51EF73" w14:textId="52F048BA" w:rsidR="000F45E8" w:rsidRPr="00D3264F" w:rsidRDefault="00BF4D4C">
            <w:pPr>
              <w:rPr>
                <w:lang w:val="it-IT"/>
              </w:rPr>
            </w:pPr>
            <w:r>
              <w:rPr>
                <w:lang w:val="it-IT"/>
              </w:rPr>
              <w:t>Inglese</w:t>
            </w:r>
          </w:p>
        </w:tc>
      </w:tr>
      <w:tr w:rsidR="000F45E8" w:rsidRPr="00D3264F" w14:paraId="7C0A7066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450C8E" w14:textId="77777777" w:rsidR="000F45E8" w:rsidRDefault="005354C9">
            <w:r>
              <w:rPr>
                <w:i/>
                <w:sz w:val="20"/>
              </w:rPr>
              <w:t xml:space="preserve">• </w:t>
            </w:r>
            <w:proofErr w:type="spellStart"/>
            <w:r>
              <w:rPr>
                <w:i/>
                <w:sz w:val="20"/>
              </w:rPr>
              <w:t>Capacità</w:t>
            </w:r>
            <w:proofErr w:type="spellEnd"/>
            <w:r>
              <w:rPr>
                <w:i/>
                <w:sz w:val="20"/>
              </w:rPr>
              <w:t xml:space="preserve"> di </w:t>
            </w:r>
            <w:proofErr w:type="spellStart"/>
            <w:r>
              <w:rPr>
                <w:i/>
                <w:sz w:val="20"/>
              </w:rPr>
              <w:t>lettura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FFA284" w14:textId="769A984F" w:rsidR="000F45E8" w:rsidRPr="00D3264F" w:rsidRDefault="00BF4D4C">
            <w:pPr>
              <w:rPr>
                <w:lang w:val="it-IT"/>
              </w:rPr>
            </w:pPr>
            <w:r>
              <w:rPr>
                <w:lang w:val="it-IT"/>
              </w:rPr>
              <w:t>Buono</w:t>
            </w:r>
          </w:p>
        </w:tc>
      </w:tr>
      <w:tr w:rsidR="000F45E8" w:rsidRPr="00D3264F" w14:paraId="0A1F5F7D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870014" w14:textId="77777777" w:rsidR="000F45E8" w:rsidRDefault="005354C9">
            <w:r>
              <w:rPr>
                <w:i/>
                <w:sz w:val="20"/>
              </w:rPr>
              <w:t xml:space="preserve">• </w:t>
            </w:r>
            <w:proofErr w:type="spellStart"/>
            <w:r>
              <w:rPr>
                <w:i/>
                <w:sz w:val="20"/>
              </w:rPr>
              <w:t>Capacità</w:t>
            </w:r>
            <w:proofErr w:type="spellEnd"/>
            <w:r>
              <w:rPr>
                <w:i/>
                <w:sz w:val="20"/>
              </w:rPr>
              <w:t xml:space="preserve"> di </w:t>
            </w:r>
            <w:proofErr w:type="spellStart"/>
            <w:r>
              <w:rPr>
                <w:i/>
                <w:sz w:val="20"/>
              </w:rPr>
              <w:t>scrittura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1ABF07" w14:textId="117B3E34" w:rsidR="000F45E8" w:rsidRPr="00D3264F" w:rsidRDefault="00BF4D4C">
            <w:pPr>
              <w:rPr>
                <w:lang w:val="it-IT"/>
              </w:rPr>
            </w:pPr>
            <w:r>
              <w:rPr>
                <w:lang w:val="it-IT"/>
              </w:rPr>
              <w:t>Scolastico</w:t>
            </w:r>
          </w:p>
        </w:tc>
      </w:tr>
      <w:tr w:rsidR="000F45E8" w:rsidRPr="00D3264F" w14:paraId="5AD4A654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9F001F" w14:textId="77777777" w:rsidR="000F45E8" w:rsidRDefault="005354C9">
            <w:r>
              <w:rPr>
                <w:i/>
                <w:sz w:val="20"/>
              </w:rPr>
              <w:t xml:space="preserve">• </w:t>
            </w:r>
            <w:proofErr w:type="spellStart"/>
            <w:r>
              <w:rPr>
                <w:i/>
                <w:sz w:val="20"/>
              </w:rPr>
              <w:t>Capacità</w:t>
            </w:r>
            <w:proofErr w:type="spellEnd"/>
            <w:r>
              <w:rPr>
                <w:i/>
                <w:sz w:val="20"/>
              </w:rPr>
              <w:t xml:space="preserve"> di </w:t>
            </w:r>
            <w:proofErr w:type="spellStart"/>
            <w:r>
              <w:rPr>
                <w:i/>
                <w:sz w:val="20"/>
              </w:rPr>
              <w:t>espressione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orale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D48A91" w14:textId="6E7D566F" w:rsidR="000F45E8" w:rsidRPr="00D3264F" w:rsidRDefault="00BF4D4C">
            <w:pPr>
              <w:rPr>
                <w:lang w:val="it-IT"/>
              </w:rPr>
            </w:pPr>
            <w:r>
              <w:rPr>
                <w:lang w:val="it-IT"/>
              </w:rPr>
              <w:t>Buono</w:t>
            </w:r>
          </w:p>
        </w:tc>
      </w:tr>
      <w:tr w:rsidR="000F45E8" w:rsidRPr="00D3264F" w14:paraId="21544062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FDD390" w14:textId="77777777" w:rsidR="000F45E8" w:rsidRDefault="005354C9">
            <w:proofErr w:type="spellStart"/>
            <w:r>
              <w:rPr>
                <w:sz w:val="20"/>
              </w:rPr>
              <w:t>Capacità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competenze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relazionali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A9F621" w14:textId="7995A1B0" w:rsidR="000F45E8" w:rsidRPr="00D3264F" w:rsidRDefault="000F45E8">
            <w:pPr>
              <w:rPr>
                <w:lang w:val="it-IT"/>
              </w:rPr>
            </w:pPr>
          </w:p>
        </w:tc>
      </w:tr>
      <w:tr w:rsidR="000F45E8" w:rsidRPr="00D3264F" w14:paraId="07F5F9C7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36B4C3" w14:textId="77777777" w:rsidR="000F45E8" w:rsidRDefault="005354C9">
            <w:proofErr w:type="spellStart"/>
            <w:r>
              <w:rPr>
                <w:sz w:val="20"/>
              </w:rPr>
              <w:t>Capacità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competenze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organizzative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C1696B" w14:textId="7C68DEDC" w:rsidR="000F45E8" w:rsidRPr="00D3264F" w:rsidRDefault="000F45E8">
            <w:pPr>
              <w:rPr>
                <w:lang w:val="it-IT"/>
              </w:rPr>
            </w:pPr>
          </w:p>
        </w:tc>
      </w:tr>
      <w:tr w:rsidR="000F45E8" w:rsidRPr="00D3264F" w14:paraId="31914C72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7BFAD9" w14:textId="77777777" w:rsidR="000F45E8" w:rsidRDefault="005354C9">
            <w:proofErr w:type="spellStart"/>
            <w:r>
              <w:rPr>
                <w:sz w:val="20"/>
              </w:rPr>
              <w:t>Capacità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competenze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tecniche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53091B" w14:textId="4E14959E" w:rsidR="000F45E8" w:rsidRPr="00D3264F" w:rsidRDefault="005354C9">
            <w:pPr>
              <w:rPr>
                <w:lang w:val="it-IT"/>
              </w:rPr>
            </w:pPr>
            <w:r w:rsidRPr="00D3264F">
              <w:rPr>
                <w:sz w:val="20"/>
                <w:lang w:val="it-IT"/>
              </w:rPr>
              <w:t>Utilizzo del computer, software specifici, internet, posta elettronica, attrezzature o macchinari particolari relativi alla propria professione</w:t>
            </w:r>
          </w:p>
        </w:tc>
      </w:tr>
      <w:tr w:rsidR="000F45E8" w:rsidRPr="00D3264F" w14:paraId="340908BA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2E70A8" w14:textId="77777777" w:rsidR="000F45E8" w:rsidRDefault="005354C9">
            <w:proofErr w:type="spellStart"/>
            <w:r>
              <w:rPr>
                <w:sz w:val="20"/>
              </w:rPr>
              <w:t>Capacità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competenze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artistiche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A49C32" w14:textId="06BCB8E0" w:rsidR="000F45E8" w:rsidRPr="00D3264F" w:rsidRDefault="000F45E8">
            <w:pPr>
              <w:rPr>
                <w:lang w:val="it-IT"/>
              </w:rPr>
            </w:pPr>
          </w:p>
        </w:tc>
      </w:tr>
      <w:tr w:rsidR="000F45E8" w:rsidRPr="00D3264F" w14:paraId="0E15D466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A083E3" w14:textId="77777777" w:rsidR="000F45E8" w:rsidRDefault="005354C9">
            <w:proofErr w:type="spellStart"/>
            <w:r>
              <w:rPr>
                <w:sz w:val="20"/>
              </w:rPr>
              <w:t>Patente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patenti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F07DC4" w14:textId="5B1160E4" w:rsidR="000F45E8" w:rsidRPr="00D3264F" w:rsidRDefault="005354C9">
            <w:pPr>
              <w:rPr>
                <w:lang w:val="it-IT"/>
              </w:rPr>
            </w:pPr>
            <w:r w:rsidRPr="00D3264F">
              <w:rPr>
                <w:sz w:val="20"/>
                <w:lang w:val="it-IT"/>
              </w:rPr>
              <w:t xml:space="preserve">Patente di guida tipo </w:t>
            </w:r>
            <w:r w:rsidR="00D3264F">
              <w:rPr>
                <w:sz w:val="20"/>
                <w:lang w:val="it-IT"/>
              </w:rPr>
              <w:t xml:space="preserve">A e </w:t>
            </w:r>
            <w:r w:rsidRPr="00D3264F">
              <w:rPr>
                <w:sz w:val="20"/>
                <w:lang w:val="it-IT"/>
              </w:rPr>
              <w:t>B</w:t>
            </w:r>
          </w:p>
        </w:tc>
      </w:tr>
    </w:tbl>
    <w:p w14:paraId="0F603775" w14:textId="77777777" w:rsidR="005D5508" w:rsidRPr="005D5508" w:rsidRDefault="005354C9">
      <w:pPr>
        <w:spacing w:before="360" w:after="120"/>
        <w:rPr>
          <w:bCs/>
          <w:lang w:val="it-IT"/>
        </w:rPr>
      </w:pPr>
      <w:r w:rsidRPr="00D3264F">
        <w:rPr>
          <w:b/>
          <w:lang w:val="it-IT"/>
        </w:rPr>
        <w:br/>
      </w:r>
      <w:r w:rsidRPr="005D5508">
        <w:rPr>
          <w:bCs/>
          <w:lang w:val="it-IT"/>
        </w:rPr>
        <w:t xml:space="preserve">Data: </w:t>
      </w:r>
      <w:r w:rsidR="005D5508" w:rsidRPr="005D5508">
        <w:rPr>
          <w:bCs/>
          <w:lang w:val="it-IT"/>
        </w:rPr>
        <w:t>22.10.2021</w:t>
      </w:r>
    </w:p>
    <w:p w14:paraId="7681FAD5" w14:textId="66F63BC7" w:rsidR="000F45E8" w:rsidRPr="00D3264F" w:rsidRDefault="005354C9">
      <w:pPr>
        <w:spacing w:before="360" w:after="120"/>
        <w:rPr>
          <w:lang w:val="it-IT"/>
        </w:rPr>
      </w:pPr>
      <w:r w:rsidRPr="00D3264F">
        <w:rPr>
          <w:b/>
          <w:lang w:val="it-IT"/>
        </w:rPr>
        <w:br/>
        <w:t xml:space="preserve">Firma: </w:t>
      </w:r>
      <w:r w:rsidRPr="00D3264F">
        <w:rPr>
          <w:lang w:val="it-IT"/>
        </w:rPr>
        <w:t>Documento sottoscritto in originale dal titolare dell'incarico.</w:t>
      </w:r>
      <w:r w:rsidRPr="00D3264F">
        <w:rPr>
          <w:lang w:val="it-IT"/>
        </w:rPr>
        <w:br/>
      </w:r>
      <w:r w:rsidRPr="00D3264F">
        <w:rPr>
          <w:i/>
          <w:sz w:val="19"/>
          <w:lang w:val="it-IT"/>
        </w:rPr>
        <w:t xml:space="preserve">(La firma autografa è omessa sulla copia pubblicata online ai sensi dell'art. 26 del </w:t>
      </w:r>
      <w:proofErr w:type="spellStart"/>
      <w:r w:rsidRPr="00D3264F">
        <w:rPr>
          <w:i/>
          <w:sz w:val="19"/>
          <w:lang w:val="it-IT"/>
        </w:rPr>
        <w:t>D.Lgs.</w:t>
      </w:r>
      <w:proofErr w:type="spellEnd"/>
      <w:r w:rsidRPr="00D3264F">
        <w:rPr>
          <w:i/>
          <w:sz w:val="19"/>
          <w:lang w:val="it-IT"/>
        </w:rPr>
        <w:t xml:space="preserve"> 33/2013 e delle linee guida del Garante Privacy).</w:t>
      </w:r>
      <w:r w:rsidRPr="00D3264F">
        <w:rPr>
          <w:i/>
          <w:sz w:val="19"/>
          <w:lang w:val="it-IT"/>
        </w:rPr>
        <w:br/>
      </w:r>
      <w:r w:rsidRPr="00D3264F">
        <w:rPr>
          <w:i/>
          <w:sz w:val="19"/>
          <w:lang w:val="it-IT"/>
        </w:rPr>
        <w:br/>
        <w:t>Autorizzo il trattamento dei miei dati personali ai sensi del D. Lgs. n. 196/2003 e del GDPR (Regolamento UE 2016/679) esclusivamente per le finalità di pubblicazione istituzionale legate agli obblighi di trasparenza dell'ente.</w:t>
      </w:r>
    </w:p>
    <w:sectPr w:rsidR="000F45E8" w:rsidRPr="00D3264F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5153259">
    <w:abstractNumId w:val="8"/>
  </w:num>
  <w:num w:numId="2" w16cid:durableId="65762530">
    <w:abstractNumId w:val="6"/>
  </w:num>
  <w:num w:numId="3" w16cid:durableId="916522626">
    <w:abstractNumId w:val="5"/>
  </w:num>
  <w:num w:numId="4" w16cid:durableId="885533160">
    <w:abstractNumId w:val="4"/>
  </w:num>
  <w:num w:numId="5" w16cid:durableId="2038579735">
    <w:abstractNumId w:val="7"/>
  </w:num>
  <w:num w:numId="6" w16cid:durableId="27142641">
    <w:abstractNumId w:val="3"/>
  </w:num>
  <w:num w:numId="7" w16cid:durableId="1330715088">
    <w:abstractNumId w:val="2"/>
  </w:num>
  <w:num w:numId="8" w16cid:durableId="864565561">
    <w:abstractNumId w:val="1"/>
  </w:num>
  <w:num w:numId="9" w16cid:durableId="152650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45E8"/>
    <w:rsid w:val="0015074B"/>
    <w:rsid w:val="0029639D"/>
    <w:rsid w:val="00326F90"/>
    <w:rsid w:val="005354C9"/>
    <w:rsid w:val="005D5508"/>
    <w:rsid w:val="00AA1D8D"/>
    <w:rsid w:val="00B47730"/>
    <w:rsid w:val="00B82741"/>
    <w:rsid w:val="00BF4D4C"/>
    <w:rsid w:val="00CB0664"/>
    <w:rsid w:val="00D3264F"/>
    <w:rsid w:val="00EF41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7D3957"/>
  <w14:defaultImageDpi w14:val="300"/>
  <w15:docId w15:val="{00F1E0E5-4B20-4567-ACB7-477CFE735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Anagrafe</cp:lastModifiedBy>
  <cp:revision>2</cp:revision>
  <dcterms:created xsi:type="dcterms:W3CDTF">2026-09-16T09:37:00Z</dcterms:created>
  <dcterms:modified xsi:type="dcterms:W3CDTF">2026-09-16T09:37:00Z</dcterms:modified>
  <cp:category/>
</cp:coreProperties>
</file>