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8F8B" w14:textId="77777777" w:rsidR="00667262" w:rsidRPr="00F810D2" w:rsidRDefault="00630C29">
      <w:pPr>
        <w:jc w:val="center"/>
        <w:rPr>
          <w:lang w:val="it-IT"/>
        </w:rPr>
      </w:pPr>
      <w:r w:rsidRPr="00F810D2">
        <w:rPr>
          <w:b/>
          <w:color w:val="003366"/>
          <w:sz w:val="32"/>
          <w:lang w:val="it-IT"/>
        </w:rPr>
        <w:t>AMMINISTRAZIONE TRASPARENTE</w:t>
      </w:r>
    </w:p>
    <w:p w14:paraId="22FAB26C" w14:textId="77777777" w:rsidR="00667262" w:rsidRPr="00F810D2" w:rsidRDefault="00630C29">
      <w:pPr>
        <w:jc w:val="center"/>
        <w:rPr>
          <w:lang w:val="it-IT"/>
        </w:rPr>
      </w:pPr>
      <w:r w:rsidRPr="00F810D2">
        <w:rPr>
          <w:i/>
          <w:sz w:val="24"/>
          <w:lang w:val="it-IT"/>
        </w:rPr>
        <w:t>Sezione: Organizzazione &gt; Titolari di incarichi politici, di amministrazione, di direzione o di governo</w:t>
      </w:r>
      <w:r w:rsidRPr="00F810D2">
        <w:rPr>
          <w:i/>
          <w:sz w:val="24"/>
          <w:lang w:val="it-IT"/>
        </w:rPr>
        <w:br/>
        <w:t xml:space="preserve">(Art. 14, c. 1, </w:t>
      </w:r>
      <w:proofErr w:type="spellStart"/>
      <w:r w:rsidRPr="00F810D2">
        <w:rPr>
          <w:i/>
          <w:sz w:val="24"/>
          <w:lang w:val="it-IT"/>
        </w:rPr>
        <w:t>D.Lgs.</w:t>
      </w:r>
      <w:proofErr w:type="spellEnd"/>
      <w:r w:rsidRPr="00F810D2">
        <w:rPr>
          <w:i/>
          <w:sz w:val="24"/>
          <w:lang w:val="it-IT"/>
        </w:rPr>
        <w:t xml:space="preserve"> 14 marzo 2013, n. 33)</w:t>
      </w:r>
    </w:p>
    <w:p w14:paraId="7A6AF7AD" w14:textId="3CE14C37" w:rsidR="00667262" w:rsidRPr="00F810D2" w:rsidRDefault="00630C29" w:rsidP="00630C29">
      <w:pPr>
        <w:pStyle w:val="Titolo1"/>
        <w:jc w:val="center"/>
        <w:rPr>
          <w:lang w:val="it-IT"/>
        </w:rPr>
      </w:pPr>
      <w:r w:rsidRPr="00F810D2">
        <w:rPr>
          <w:lang w:val="it-IT"/>
        </w:rPr>
        <w:t>Modello di Dichiarazione per i Titolari di Incarico</w:t>
      </w:r>
    </w:p>
    <w:p w14:paraId="76C2F8BF" w14:textId="77777777" w:rsidR="00630C29" w:rsidRPr="00F810D2" w:rsidRDefault="00630C29" w:rsidP="00630C29">
      <w:pPr>
        <w:rPr>
          <w:lang w:val="it-IT"/>
        </w:rPr>
      </w:pPr>
    </w:p>
    <w:p w14:paraId="74AC9444" w14:textId="77777777" w:rsidR="00667262" w:rsidRPr="00F810D2" w:rsidRDefault="00630C29">
      <w:pPr>
        <w:jc w:val="center"/>
        <w:rPr>
          <w:lang w:val="it-IT"/>
        </w:rPr>
      </w:pPr>
      <w:r w:rsidRPr="00F810D2">
        <w:rPr>
          <w:b/>
          <w:lang w:val="it-IT"/>
        </w:rPr>
        <w:t>DICHIARAZIONE SOSTITUTIVA DI ATTO DI NOTORIETÀ (Art. 47 D.P.R. 445/2000)</w:t>
      </w:r>
      <w:r w:rsidRPr="00F810D2">
        <w:rPr>
          <w:b/>
          <w:lang w:val="it-IT"/>
        </w:rPr>
        <w:br/>
      </w:r>
    </w:p>
    <w:p w14:paraId="1BC0EE9D" w14:textId="38D8DBED" w:rsidR="00667262" w:rsidRPr="00F810D2" w:rsidRDefault="00630C29">
      <w:pPr>
        <w:rPr>
          <w:lang w:val="it-IT"/>
        </w:rPr>
      </w:pPr>
      <w:r w:rsidRPr="00F810D2">
        <w:rPr>
          <w:lang w:val="it-IT"/>
        </w:rPr>
        <w:t xml:space="preserve">Il sottoscritto </w:t>
      </w:r>
      <w:r w:rsidR="00F810D2">
        <w:rPr>
          <w:lang w:val="it-IT"/>
        </w:rPr>
        <w:t xml:space="preserve">Paolo Vicari </w:t>
      </w:r>
      <w:r w:rsidRPr="00F810D2">
        <w:rPr>
          <w:lang w:val="it-IT"/>
        </w:rPr>
        <w:t xml:space="preserve">nato a </w:t>
      </w:r>
      <w:r w:rsidR="00F810D2">
        <w:rPr>
          <w:lang w:val="it-IT"/>
        </w:rPr>
        <w:t>Torino</w:t>
      </w:r>
      <w:r w:rsidRPr="00F810D2">
        <w:rPr>
          <w:lang w:val="it-IT"/>
        </w:rPr>
        <w:t xml:space="preserve"> il </w:t>
      </w:r>
      <w:r w:rsidR="00F810D2">
        <w:rPr>
          <w:lang w:val="it-IT"/>
        </w:rPr>
        <w:t>3 giugno 1969</w:t>
      </w:r>
      <w:r w:rsidR="00EC649A">
        <w:rPr>
          <w:lang w:val="it-IT"/>
        </w:rPr>
        <w:t xml:space="preserve"> </w:t>
      </w:r>
      <w:r w:rsidRPr="00F810D2">
        <w:rPr>
          <w:lang w:val="it-IT"/>
        </w:rPr>
        <w:t xml:space="preserve">in relazione alla carica di </w:t>
      </w:r>
      <w:r w:rsidR="00EC649A">
        <w:rPr>
          <w:lang w:val="it-IT"/>
        </w:rPr>
        <w:t xml:space="preserve">Consigliere Comunale </w:t>
      </w:r>
      <w:r w:rsidRPr="00F810D2">
        <w:rPr>
          <w:lang w:val="it-IT"/>
        </w:rPr>
        <w:t xml:space="preserve">presso </w:t>
      </w:r>
      <w:r w:rsidR="00EC649A">
        <w:rPr>
          <w:lang w:val="it-IT"/>
        </w:rPr>
        <w:t xml:space="preserve">il Comune di Frassino </w:t>
      </w:r>
      <w:r w:rsidRPr="00F810D2">
        <w:rPr>
          <w:lang w:val="it-IT"/>
        </w:rPr>
        <w:t>ai sensi e per gli effetti dell'art. 14, comma 1, lett. d) ed e) del D.</w:t>
      </w:r>
      <w:r w:rsidR="00D26DA1">
        <w:rPr>
          <w:lang w:val="it-IT"/>
        </w:rPr>
        <w:t xml:space="preserve"> </w:t>
      </w:r>
      <w:r w:rsidRPr="00F810D2">
        <w:rPr>
          <w:lang w:val="it-IT"/>
        </w:rPr>
        <w:t>Lgs. n. 33/2013, sotto la propria responsabilità:</w:t>
      </w:r>
    </w:p>
    <w:p w14:paraId="538EC4E4" w14:textId="77777777" w:rsidR="00667262" w:rsidRDefault="00630C29" w:rsidP="00D26DA1">
      <w:pPr>
        <w:pStyle w:val="Titolo2"/>
        <w:jc w:val="center"/>
      </w:pPr>
      <w:r>
        <w:t>DICHIARA</w:t>
      </w:r>
    </w:p>
    <w:p w14:paraId="48B1D9CF" w14:textId="77777777" w:rsidR="00D26DA1" w:rsidRPr="00D26DA1" w:rsidRDefault="00D26DA1" w:rsidP="00D26DA1"/>
    <w:p w14:paraId="12EB3D50" w14:textId="00CF2DED" w:rsidR="00667262" w:rsidRPr="00EC649A" w:rsidRDefault="00630C29" w:rsidP="00EC649A">
      <w:pPr>
        <w:pStyle w:val="Puntoelenco"/>
        <w:rPr>
          <w:lang w:val="it-IT"/>
        </w:rPr>
      </w:pPr>
      <w:r w:rsidRPr="00EC649A">
        <w:rPr>
          <w:b/>
          <w:lang w:val="it-IT"/>
        </w:rPr>
        <w:t>SEZIONE I - ALTRE CARICHE</w:t>
      </w:r>
      <w:r w:rsidRPr="00EC649A">
        <w:rPr>
          <w:b/>
          <w:lang w:val="it-IT"/>
        </w:rPr>
        <w:br/>
      </w:r>
      <w:r w:rsidRPr="00EC649A">
        <w:rPr>
          <w:lang w:val="it-IT"/>
        </w:rPr>
        <w:t>di NON rivestire altre cariche presso enti pubblici o privati;</w:t>
      </w:r>
      <w:r w:rsidRPr="00EC649A">
        <w:rPr>
          <w:lang w:val="it-IT"/>
        </w:rPr>
        <w:br/>
      </w:r>
      <w:r w:rsidRPr="00EC649A">
        <w:rPr>
          <w:b/>
          <w:lang w:val="it-IT"/>
        </w:rPr>
        <w:t>SEZIONE II - ALTRI INCARICHI</w:t>
      </w:r>
      <w:r w:rsidRPr="00EC649A">
        <w:rPr>
          <w:b/>
          <w:lang w:val="it-IT"/>
        </w:rPr>
        <w:br/>
      </w:r>
      <w:r w:rsidRPr="00EC649A">
        <w:rPr>
          <w:lang w:val="it-IT"/>
        </w:rPr>
        <w:t>di NON titolari altri incarichi con oneri a carico della finanza pubblica;</w:t>
      </w:r>
      <w:r w:rsidRPr="00EC649A">
        <w:rPr>
          <w:lang w:val="it-IT"/>
        </w:rPr>
        <w:br/>
      </w:r>
      <w:r w:rsidRPr="00EC649A">
        <w:rPr>
          <w:lang w:val="it-IT"/>
        </w:rPr>
        <w:br/>
        <w:t>Il sottoscritto si impegna a comunicare tempestivamente eventuali variazioni che interverranno nel corso del mandato.</w:t>
      </w:r>
    </w:p>
    <w:p w14:paraId="43480840" w14:textId="77777777" w:rsidR="00D26DA1" w:rsidRDefault="00630C29">
      <w:pPr>
        <w:rPr>
          <w:lang w:val="it-IT"/>
        </w:rPr>
      </w:pPr>
      <w:r w:rsidRPr="00F810D2">
        <w:rPr>
          <w:lang w:val="it-IT"/>
        </w:rPr>
        <w:t>Frassino, lì</w:t>
      </w:r>
      <w:r w:rsidR="00EC649A">
        <w:rPr>
          <w:lang w:val="it-IT"/>
        </w:rPr>
        <w:t xml:space="preserve"> </w:t>
      </w:r>
      <w:r w:rsidR="00D26DA1">
        <w:rPr>
          <w:lang w:val="it-IT"/>
        </w:rPr>
        <w:t xml:space="preserve">21.10.2022   </w:t>
      </w:r>
    </w:p>
    <w:p w14:paraId="688CA0E6" w14:textId="51B21B94" w:rsidR="00D26DA1" w:rsidRDefault="00D26DA1">
      <w:pPr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630C29" w:rsidRPr="00F810D2">
        <w:rPr>
          <w:lang w:val="it-IT"/>
        </w:rPr>
        <w:tab/>
      </w:r>
      <w:r w:rsidR="00630C29" w:rsidRPr="00F810D2">
        <w:rPr>
          <w:lang w:val="it-IT"/>
        </w:rPr>
        <w:tab/>
      </w:r>
      <w:r w:rsidR="00630C29" w:rsidRPr="00F810D2">
        <w:rPr>
          <w:lang w:val="it-IT"/>
        </w:rPr>
        <w:tab/>
      </w:r>
      <w:r>
        <w:rPr>
          <w:lang w:val="it-IT"/>
        </w:rPr>
        <w:t xml:space="preserve">    </w:t>
      </w:r>
      <w:r w:rsidR="00630C29" w:rsidRPr="00F810D2">
        <w:rPr>
          <w:lang w:val="it-IT"/>
        </w:rPr>
        <w:t xml:space="preserve">Firma del dichiarante </w:t>
      </w:r>
    </w:p>
    <w:p w14:paraId="659BF303" w14:textId="43B742DB" w:rsidR="00667262" w:rsidRPr="00F810D2" w:rsidRDefault="00D26DA1" w:rsidP="00D26DA1">
      <w:pPr>
        <w:ind w:left="3600" w:firstLine="720"/>
        <w:rPr>
          <w:lang w:val="it-IT"/>
        </w:rPr>
      </w:pPr>
      <w:r>
        <w:rPr>
          <w:lang w:val="it-IT"/>
        </w:rPr>
        <w:t>f.to in originale Paolo Vicari</w:t>
      </w:r>
    </w:p>
    <w:sectPr w:rsidR="00667262" w:rsidRPr="00F810D2" w:rsidSect="00630C29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5306635">
    <w:abstractNumId w:val="8"/>
  </w:num>
  <w:num w:numId="2" w16cid:durableId="82529064">
    <w:abstractNumId w:val="6"/>
  </w:num>
  <w:num w:numId="3" w16cid:durableId="2112046516">
    <w:abstractNumId w:val="5"/>
  </w:num>
  <w:num w:numId="4" w16cid:durableId="985626304">
    <w:abstractNumId w:val="4"/>
  </w:num>
  <w:num w:numId="5" w16cid:durableId="927737205">
    <w:abstractNumId w:val="7"/>
  </w:num>
  <w:num w:numId="6" w16cid:durableId="187334124">
    <w:abstractNumId w:val="3"/>
  </w:num>
  <w:num w:numId="7" w16cid:durableId="184372843">
    <w:abstractNumId w:val="2"/>
  </w:num>
  <w:num w:numId="8" w16cid:durableId="337199539">
    <w:abstractNumId w:val="1"/>
  </w:num>
  <w:num w:numId="9" w16cid:durableId="731999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7344"/>
    <w:rsid w:val="00326F90"/>
    <w:rsid w:val="003D0308"/>
    <w:rsid w:val="00630C29"/>
    <w:rsid w:val="00667262"/>
    <w:rsid w:val="00AA1D8D"/>
    <w:rsid w:val="00AB144E"/>
    <w:rsid w:val="00B47730"/>
    <w:rsid w:val="00CB0664"/>
    <w:rsid w:val="00D26DA1"/>
    <w:rsid w:val="00EC649A"/>
    <w:rsid w:val="00F75995"/>
    <w:rsid w:val="00F810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F577D1"/>
  <w14:defaultImageDpi w14:val="300"/>
  <w15:docId w15:val="{128C79A1-2D0D-4389-9554-118507B7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Anagrafe</cp:lastModifiedBy>
  <cp:revision>2</cp:revision>
  <dcterms:created xsi:type="dcterms:W3CDTF">2026-09-24T08:37:00Z</dcterms:created>
  <dcterms:modified xsi:type="dcterms:W3CDTF">2026-09-24T08:37:00Z</dcterms:modified>
  <cp:category/>
</cp:coreProperties>
</file>