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8F8B" w14:textId="77777777" w:rsidR="00667262" w:rsidRDefault="00630C29">
      <w:pPr>
        <w:jc w:val="center"/>
      </w:pPr>
      <w:r>
        <w:rPr>
          <w:b/>
          <w:color w:val="003366"/>
          <w:sz w:val="32"/>
        </w:rPr>
        <w:t>AMMINISTRAZIONE TRASPARENTE</w:t>
      </w:r>
    </w:p>
    <w:p w14:paraId="22FAB26C" w14:textId="77777777" w:rsidR="00667262" w:rsidRDefault="00630C29">
      <w:pPr>
        <w:jc w:val="center"/>
      </w:pPr>
      <w:r>
        <w:rPr>
          <w:i/>
          <w:sz w:val="24"/>
        </w:rPr>
        <w:t>Sezione: Organizzazione &gt; Titolari di incarichi politici, di amministrazione, di direzione o di governo</w:t>
      </w:r>
      <w:r>
        <w:rPr>
          <w:i/>
          <w:sz w:val="24"/>
        </w:rPr>
        <w:br/>
        <w:t>(Art. 14, c. 1, D.Lgs. 14 marzo 2013, n. 33)</w:t>
      </w:r>
    </w:p>
    <w:p w14:paraId="7A6AF7AD" w14:textId="3CE14C37" w:rsidR="00667262" w:rsidRDefault="00630C29" w:rsidP="00630C29">
      <w:pPr>
        <w:pStyle w:val="Titolo1"/>
        <w:jc w:val="center"/>
      </w:pPr>
      <w:proofErr w:type="spellStart"/>
      <w:r>
        <w:t>Modello</w:t>
      </w:r>
      <w:proofErr w:type="spellEnd"/>
      <w:r>
        <w:t xml:space="preserve"> di </w:t>
      </w:r>
      <w:proofErr w:type="spellStart"/>
      <w:r>
        <w:t>Dichiarazione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Titolari</w:t>
      </w:r>
      <w:proofErr w:type="spellEnd"/>
      <w:r>
        <w:t xml:space="preserve"> di </w:t>
      </w:r>
      <w:proofErr w:type="spellStart"/>
      <w:r>
        <w:t>Incarico</w:t>
      </w:r>
      <w:proofErr w:type="spellEnd"/>
    </w:p>
    <w:p w14:paraId="76C2F8BF" w14:textId="77777777" w:rsidR="00630C29" w:rsidRPr="00630C29" w:rsidRDefault="00630C29" w:rsidP="00630C29"/>
    <w:p w14:paraId="74AC9444" w14:textId="77777777" w:rsidR="00667262" w:rsidRDefault="00630C29">
      <w:pPr>
        <w:jc w:val="center"/>
      </w:pPr>
      <w:r>
        <w:rPr>
          <w:b/>
        </w:rPr>
        <w:t>DICHIARAZIONE SOSTITUTIVA DI ATTO DI NOTORIETÀ (Art. 47 D.P.R. 445/2000)</w:t>
      </w:r>
      <w:r>
        <w:rPr>
          <w:b/>
        </w:rPr>
        <w:br/>
      </w:r>
    </w:p>
    <w:p w14:paraId="1BC0EE9D" w14:textId="45F89DC4" w:rsidR="00667262" w:rsidRDefault="00630C29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 w:rsidR="006722D4">
        <w:t>RIGONI DANTE</w:t>
      </w:r>
      <w:r>
        <w:br/>
      </w:r>
      <w:proofErr w:type="spellStart"/>
      <w:r>
        <w:t>nato</w:t>
      </w:r>
      <w:proofErr w:type="spellEnd"/>
      <w:r>
        <w:t xml:space="preserve">/a a </w:t>
      </w:r>
      <w:r w:rsidR="006722D4">
        <w:t xml:space="preserve">TORINO </w:t>
      </w:r>
      <w:r>
        <w:t xml:space="preserve">il </w:t>
      </w:r>
      <w:r w:rsidR="006722D4">
        <w:t xml:space="preserve">13.04.1959 </w:t>
      </w:r>
      <w:r>
        <w:t>C.F.</w:t>
      </w:r>
      <w:r w:rsidR="006722D4">
        <w:t xml:space="preserve"> RGNDNT59D13L219V</w:t>
      </w:r>
      <w:r>
        <w:br/>
        <w:t xml:space="preserve">in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carica di </w:t>
      </w:r>
      <w:r w:rsidR="006722D4">
        <w:t xml:space="preserve">CONSIGLIERE CAPOGRUPPO DI MINORANZA </w:t>
      </w:r>
      <w:r>
        <w:br/>
      </w:r>
      <w:proofErr w:type="spellStart"/>
      <w:r>
        <w:t>presso</w:t>
      </w:r>
      <w:proofErr w:type="spellEnd"/>
      <w:r>
        <w:t xml:space="preserve"> </w:t>
      </w:r>
      <w:r w:rsidR="006722D4">
        <w:t>COMUNE DI FRASSINO</w:t>
      </w:r>
      <w:r>
        <w:t>,</w:t>
      </w:r>
      <w:r>
        <w:br/>
        <w:t>ai sensi e per gli effetti dell'art. 14, comma 1, lett. d) ed e) del D.Lgs. n. 33/2013, sotto la propria responsabilità:</w:t>
      </w:r>
    </w:p>
    <w:p w14:paraId="538EC4E4" w14:textId="77777777" w:rsidR="00667262" w:rsidRDefault="00630C29" w:rsidP="006722D4">
      <w:pPr>
        <w:pStyle w:val="Titolo2"/>
        <w:jc w:val="center"/>
      </w:pPr>
      <w:r>
        <w:t>DICHIARA</w:t>
      </w:r>
    </w:p>
    <w:p w14:paraId="27244016" w14:textId="097C635C" w:rsidR="00667262" w:rsidRDefault="00630C29">
      <w:pPr>
        <w:pStyle w:val="Puntoelenco"/>
      </w:pPr>
      <w:r>
        <w:rPr>
          <w:b/>
        </w:rPr>
        <w:t>SEZIONE I - ALTRE CARICHE</w:t>
      </w:r>
      <w:r>
        <w:rPr>
          <w:b/>
        </w:rPr>
        <w:br/>
      </w:r>
      <w:proofErr w:type="gramStart"/>
      <w:r>
        <w:t>[  ]</w:t>
      </w:r>
      <w:proofErr w:type="gramEnd"/>
      <w:r>
        <w:t xml:space="preserve"> di NON </w:t>
      </w:r>
      <w:proofErr w:type="spellStart"/>
      <w:r>
        <w:t>rivestire</w:t>
      </w:r>
      <w:proofErr w:type="spellEnd"/>
      <w:r>
        <w:t xml:space="preserve">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cariche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pubblici</w:t>
      </w:r>
      <w:proofErr w:type="spellEnd"/>
      <w:r>
        <w:t xml:space="preserve"> o </w:t>
      </w:r>
      <w:proofErr w:type="spellStart"/>
      <w:r>
        <w:t>privati</w:t>
      </w:r>
      <w:proofErr w:type="spellEnd"/>
      <w:r>
        <w:t>;</w:t>
      </w:r>
      <w:r>
        <w:br/>
      </w:r>
      <w:r w:rsidR="006722D4" w:rsidRPr="006722D4">
        <w:rPr>
          <w:b/>
          <w:bCs/>
        </w:rPr>
        <w:t>X</w:t>
      </w:r>
      <w:r>
        <w:t xml:space="preserve"> di </w:t>
      </w:r>
      <w:proofErr w:type="spellStart"/>
      <w:r>
        <w:t>rivestire</w:t>
      </w:r>
      <w:proofErr w:type="spellEnd"/>
      <w:r>
        <w:t xml:space="preserve"> le seguenti altre cariche presso enti pubblici o privati e che i relativi compensi a qualsiasi titolo corrisposti sono i seguenti:</w:t>
      </w:r>
      <w:r>
        <w:br/>
        <w:t xml:space="preserve">• Ente: </w:t>
      </w:r>
      <w:proofErr w:type="spellStart"/>
      <w:r w:rsidR="006722D4">
        <w:t>Unione</w:t>
      </w:r>
      <w:proofErr w:type="spellEnd"/>
      <w:r w:rsidR="006722D4">
        <w:t xml:space="preserve"> Montana Valle </w:t>
      </w:r>
      <w:proofErr w:type="spellStart"/>
      <w:r w:rsidR="006722D4">
        <w:t>Varaita</w:t>
      </w:r>
      <w:proofErr w:type="spellEnd"/>
      <w:r>
        <w:t xml:space="preserve"> Carica: </w:t>
      </w:r>
      <w:r w:rsidR="006722D4">
        <w:t xml:space="preserve">Consigliere </w:t>
      </w:r>
      <w:proofErr w:type="spellStart"/>
      <w:r>
        <w:t>Compenso</w:t>
      </w:r>
      <w:proofErr w:type="spellEnd"/>
      <w:r>
        <w:t xml:space="preserve">: </w:t>
      </w:r>
      <w:r w:rsidR="00C12176">
        <w:t xml:space="preserve">senza </w:t>
      </w:r>
      <w:proofErr w:type="spellStart"/>
      <w:r w:rsidR="00C12176">
        <w:t>compenso</w:t>
      </w:r>
      <w:proofErr w:type="spellEnd"/>
      <w:r>
        <w:br/>
      </w:r>
    </w:p>
    <w:p w14:paraId="34BB5CFE" w14:textId="09F3ADD4" w:rsidR="00667262" w:rsidRDefault="00630C29">
      <w:pPr>
        <w:pStyle w:val="Puntoelenco"/>
      </w:pPr>
      <w:r>
        <w:rPr>
          <w:b/>
        </w:rPr>
        <w:t>SEZIONE II - ALTRI INCARICHI</w:t>
      </w:r>
      <w:r>
        <w:rPr>
          <w:b/>
        </w:rPr>
        <w:br/>
      </w:r>
      <w:r w:rsidR="00C12176">
        <w:rPr>
          <w:b/>
          <w:bCs/>
        </w:rPr>
        <w:t>X</w:t>
      </w:r>
      <w:r>
        <w:t xml:space="preserve"> di NON </w:t>
      </w:r>
      <w:proofErr w:type="spellStart"/>
      <w:r>
        <w:t>titolari</w:t>
      </w:r>
      <w:proofErr w:type="spellEnd"/>
      <w:r>
        <w:t xml:space="preserve"> altri incarichi con oneri a carico della finanza pubblica;</w:t>
      </w:r>
      <w:r>
        <w:br/>
      </w:r>
      <w:proofErr w:type="gramStart"/>
      <w:r>
        <w:t>[  ]</w:t>
      </w:r>
      <w:proofErr w:type="gramEnd"/>
      <w:r>
        <w:t xml:space="preserve"> di essere titolare dei seguenti altri incarichi con oneri a carico della finanza pubblica e che i relativi compensi spettanti sono i seguenti:</w:t>
      </w:r>
      <w:r>
        <w:br/>
        <w:t>• Soggetto conferente: ____________________ Incarico: _________________ Compenso: _________</w:t>
      </w:r>
      <w:r>
        <w:br/>
        <w:t>• Soggetto conferente: ____________________ Incarico: _________________ Compenso: _________</w:t>
      </w:r>
    </w:p>
    <w:p w14:paraId="12EB3D50" w14:textId="56F03F9F" w:rsidR="00667262" w:rsidRDefault="00630C29">
      <w:r>
        <w:br/>
        <w:t xml:space="preserve">Il </w:t>
      </w:r>
      <w:proofErr w:type="spellStart"/>
      <w:r>
        <w:t>sottoscritto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proofErr w:type="spellEnd"/>
      <w:r>
        <w:t xml:space="preserve"> a comunicare tempestivamente eventuali variazioni che interverranno nel corso del mandato.</w:t>
      </w:r>
    </w:p>
    <w:p w14:paraId="659BF303" w14:textId="431507F4" w:rsidR="00667262" w:rsidRDefault="00630C29">
      <w:r>
        <w:t xml:space="preserve">Frassino, </w:t>
      </w:r>
      <w:proofErr w:type="spellStart"/>
      <w:r>
        <w:t>lì</w:t>
      </w:r>
      <w:proofErr w:type="spellEnd"/>
      <w:r>
        <w:t xml:space="preserve"> 21.10.2021</w:t>
      </w:r>
      <w:r>
        <w:tab/>
      </w:r>
      <w:r>
        <w:tab/>
      </w:r>
      <w:r>
        <w:tab/>
      </w:r>
      <w:r>
        <w:tab/>
      </w:r>
      <w:proofErr w:type="spellStart"/>
      <w:r>
        <w:t>Firma</w:t>
      </w:r>
      <w:proofErr w:type="spellEnd"/>
      <w:r>
        <w:t xml:space="preserve"> del </w:t>
      </w:r>
      <w:proofErr w:type="spellStart"/>
      <w:r>
        <w:t>dichiarante</w:t>
      </w:r>
      <w:proofErr w:type="spellEnd"/>
      <w:r>
        <w:t xml:space="preserve"> </w:t>
      </w:r>
      <w:r w:rsidR="00C12176">
        <w:t>f.to RIGONI Dante</w:t>
      </w:r>
    </w:p>
    <w:sectPr w:rsidR="00667262" w:rsidSect="00630C29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306635">
    <w:abstractNumId w:val="8"/>
  </w:num>
  <w:num w:numId="2" w16cid:durableId="82529064">
    <w:abstractNumId w:val="6"/>
  </w:num>
  <w:num w:numId="3" w16cid:durableId="2112046516">
    <w:abstractNumId w:val="5"/>
  </w:num>
  <w:num w:numId="4" w16cid:durableId="985626304">
    <w:abstractNumId w:val="4"/>
  </w:num>
  <w:num w:numId="5" w16cid:durableId="927737205">
    <w:abstractNumId w:val="7"/>
  </w:num>
  <w:num w:numId="6" w16cid:durableId="187334124">
    <w:abstractNumId w:val="3"/>
  </w:num>
  <w:num w:numId="7" w16cid:durableId="184372843">
    <w:abstractNumId w:val="2"/>
  </w:num>
  <w:num w:numId="8" w16cid:durableId="337199539">
    <w:abstractNumId w:val="1"/>
  </w:num>
  <w:num w:numId="9" w16cid:durableId="73199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344"/>
    <w:rsid w:val="00326F90"/>
    <w:rsid w:val="00630C29"/>
    <w:rsid w:val="00667262"/>
    <w:rsid w:val="006722D4"/>
    <w:rsid w:val="00AA1D8D"/>
    <w:rsid w:val="00B47730"/>
    <w:rsid w:val="00C1217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577D1"/>
  <w14:defaultImageDpi w14:val="300"/>
  <w15:docId w15:val="{128C79A1-2D0D-4389-9554-118507B7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2</cp:revision>
  <dcterms:created xsi:type="dcterms:W3CDTF">2026-09-25T07:20:00Z</dcterms:created>
  <dcterms:modified xsi:type="dcterms:W3CDTF">2026-09-25T07:20:00Z</dcterms:modified>
  <cp:category/>
</cp:coreProperties>
</file>