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7328" w14:textId="77777777" w:rsidR="000F45E8" w:rsidRDefault="005354C9">
      <w:pPr>
        <w:jc w:val="center"/>
      </w:pPr>
      <w:r>
        <w:rPr>
          <w:b/>
          <w:sz w:val="28"/>
        </w:rPr>
        <w:t>FORMATO EUROPEO PER IL CURRICULUM VITAE</w:t>
      </w:r>
      <w:r>
        <w:rPr>
          <w:b/>
          <w:sz w:val="28"/>
        </w:rPr>
        <w:br/>
      </w:r>
    </w:p>
    <w:p w14:paraId="1C249E79" w14:textId="77777777" w:rsidR="000F45E8" w:rsidRDefault="005354C9">
      <w:pPr>
        <w:keepNext/>
        <w:spacing w:before="280" w:after="120"/>
      </w:pPr>
      <w:r>
        <w:rPr>
          <w:b/>
          <w:color w:val="003366"/>
          <w:sz w:val="24"/>
        </w:rPr>
        <w:t>Informazioni personali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F45E8" w14:paraId="271FCE0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E052BC" w14:textId="77777777" w:rsidR="000F45E8" w:rsidRDefault="005354C9">
            <w:r>
              <w:rPr>
                <w:sz w:val="20"/>
              </w:rPr>
              <w:t>Nome e Cognome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D2DAC7" w14:textId="34CB6828" w:rsidR="000F45E8" w:rsidRDefault="00C5444A">
            <w:r>
              <w:rPr>
                <w:b/>
                <w:sz w:val="20"/>
              </w:rPr>
              <w:t>CIVALLERI Giovanni Tommaso</w:t>
            </w:r>
          </w:p>
        </w:tc>
      </w:tr>
      <w:tr w:rsidR="000F45E8" w14:paraId="6845C6AB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2F8BD5" w14:textId="77777777" w:rsidR="000F45E8" w:rsidRDefault="005354C9">
            <w:r>
              <w:rPr>
                <w:sz w:val="20"/>
              </w:rPr>
              <w:t>E-mail istituzionale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142113" w14:textId="413128AF" w:rsidR="000F45E8" w:rsidRDefault="00C5444A">
            <w:hyperlink r:id="rId6" w:history="1">
              <w:r w:rsidRPr="00F50CFB">
                <w:rPr>
                  <w:rStyle w:val="Collegamentoipertestuale"/>
                  <w:sz w:val="20"/>
                </w:rPr>
                <w:t>info@comune.frassino.cn.it</w:t>
              </w:r>
            </w:hyperlink>
            <w:r>
              <w:rPr>
                <w:sz w:val="20"/>
              </w:rPr>
              <w:t xml:space="preserve"> </w:t>
            </w:r>
          </w:p>
        </w:tc>
      </w:tr>
      <w:tr w:rsidR="000F45E8" w14:paraId="03A7F85D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E3761F" w14:textId="77777777" w:rsidR="000F45E8" w:rsidRDefault="005354C9">
            <w:r>
              <w:rPr>
                <w:sz w:val="20"/>
              </w:rPr>
              <w:t>Nazionalità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376199" w14:textId="77777777" w:rsidR="000F45E8" w:rsidRDefault="005354C9">
            <w:r>
              <w:rPr>
                <w:sz w:val="20"/>
              </w:rPr>
              <w:t>Italiana</w:t>
            </w:r>
          </w:p>
        </w:tc>
      </w:tr>
      <w:tr w:rsidR="000F45E8" w14:paraId="4DEF4110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EFA9BA" w14:textId="77777777" w:rsidR="000F45E8" w:rsidRDefault="005354C9">
            <w:r>
              <w:rPr>
                <w:sz w:val="20"/>
              </w:rPr>
              <w:t>Luogo e data di nascita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4F2946" w14:textId="115650AD" w:rsidR="000F45E8" w:rsidRDefault="00C5444A">
            <w:r>
              <w:rPr>
                <w:sz w:val="20"/>
              </w:rPr>
              <w:t>Frassino 24/05/1958</w:t>
            </w:r>
          </w:p>
        </w:tc>
      </w:tr>
    </w:tbl>
    <w:p w14:paraId="6E9FEC75" w14:textId="77777777" w:rsidR="000F45E8" w:rsidRDefault="005354C9">
      <w:pPr>
        <w:keepNext/>
        <w:spacing w:before="280" w:after="120"/>
      </w:pPr>
      <w:r>
        <w:rPr>
          <w:b/>
          <w:color w:val="003366"/>
          <w:sz w:val="24"/>
        </w:rPr>
        <w:t>Esperienza lavorativa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F45E8" w14:paraId="4D3CFD84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3F490E" w14:textId="77777777" w:rsidR="000F45E8" w:rsidRDefault="005354C9">
            <w:r>
              <w:rPr>
                <w:sz w:val="20"/>
              </w:rPr>
              <w:t>Data (da – a)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E25DFF" w14:textId="10D93442" w:rsidR="000F45E8" w:rsidRDefault="005354C9">
            <w:r>
              <w:rPr>
                <w:sz w:val="20"/>
              </w:rPr>
              <w:t xml:space="preserve">DAL </w:t>
            </w:r>
            <w:r w:rsidR="00C5444A">
              <w:rPr>
                <w:sz w:val="20"/>
              </w:rPr>
              <w:t xml:space="preserve">1972 </w:t>
            </w:r>
            <w:r>
              <w:rPr>
                <w:sz w:val="20"/>
              </w:rPr>
              <w:t xml:space="preserve">AL </w:t>
            </w:r>
            <w:r w:rsidR="00C5444A">
              <w:rPr>
                <w:sz w:val="20"/>
              </w:rPr>
              <w:t xml:space="preserve">1978 </w:t>
            </w:r>
          </w:p>
        </w:tc>
      </w:tr>
      <w:tr w:rsidR="000F45E8" w14:paraId="0C357C84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D690CA" w14:textId="77777777" w:rsidR="000F45E8" w:rsidRDefault="005354C9">
            <w:r>
              <w:rPr>
                <w:sz w:val="20"/>
              </w:rPr>
              <w:t>Nome e indirizzo del datore di lavoro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7D5513" w14:textId="15C2B3ED" w:rsidR="000F45E8" w:rsidRDefault="00C5444A">
            <w:proofErr w:type="spellStart"/>
            <w:r>
              <w:rPr>
                <w:sz w:val="20"/>
              </w:rPr>
              <w:t>F.lli</w:t>
            </w:r>
            <w:proofErr w:type="spellEnd"/>
            <w:r>
              <w:rPr>
                <w:sz w:val="20"/>
              </w:rPr>
              <w:t xml:space="preserve"> Degiovanni - Brossasco</w:t>
            </w:r>
          </w:p>
        </w:tc>
      </w:tr>
      <w:tr w:rsidR="000F45E8" w14:paraId="1DD66F88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F699C8" w14:textId="77777777" w:rsidR="000F45E8" w:rsidRDefault="005354C9">
            <w:r>
              <w:rPr>
                <w:sz w:val="20"/>
              </w:rPr>
              <w:t>Tipo di azienda o settore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7698F2" w14:textId="39AA3316" w:rsidR="000F45E8" w:rsidRDefault="00C5444A">
            <w:proofErr w:type="spellStart"/>
            <w:r>
              <w:rPr>
                <w:sz w:val="20"/>
              </w:rPr>
              <w:t>Falegnameria</w:t>
            </w:r>
            <w:proofErr w:type="spellEnd"/>
          </w:p>
        </w:tc>
      </w:tr>
      <w:tr w:rsidR="000F45E8" w14:paraId="06FA7620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81724C" w14:textId="77777777" w:rsidR="000F45E8" w:rsidRDefault="005354C9">
            <w:r>
              <w:rPr>
                <w:sz w:val="20"/>
              </w:rPr>
              <w:t>Tipo di impiego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0AA8CB" w14:textId="185DED4A" w:rsidR="000F45E8" w:rsidRDefault="00C5444A">
            <w:proofErr w:type="spellStart"/>
            <w:r>
              <w:rPr>
                <w:sz w:val="20"/>
              </w:rPr>
              <w:t>Operaio</w:t>
            </w:r>
            <w:proofErr w:type="spellEnd"/>
            <w:r w:rsidR="005354C9">
              <w:rPr>
                <w:sz w:val="20"/>
              </w:rPr>
              <w:t xml:space="preserve"> </w:t>
            </w:r>
          </w:p>
        </w:tc>
      </w:tr>
      <w:tr w:rsidR="000F45E8" w14:paraId="78956D39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925F33" w14:textId="77777777" w:rsidR="000F45E8" w:rsidRDefault="005354C9">
            <w:r>
              <w:rPr>
                <w:sz w:val="20"/>
              </w:rPr>
              <w:t>Principali mansioni e responsabilità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5AFC7E" w14:textId="09FE62C6" w:rsidR="000F45E8" w:rsidRPr="00C5444A" w:rsidRDefault="00C5444A">
            <w:pPr>
              <w:rPr>
                <w:bCs/>
              </w:rPr>
            </w:pPr>
            <w:proofErr w:type="spellStart"/>
            <w:r>
              <w:rPr>
                <w:bCs/>
                <w:sz w:val="20"/>
              </w:rPr>
              <w:t>Lavorazione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mobili</w:t>
            </w:r>
            <w:proofErr w:type="spellEnd"/>
          </w:p>
        </w:tc>
      </w:tr>
      <w:tr w:rsidR="00C5444A" w14:paraId="5F1F6E85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8E03DB" w14:textId="2FC774C4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>Data (da – a)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36D893" w14:textId="1E9E28D4" w:rsidR="00C5444A" w:rsidRDefault="00C5444A" w:rsidP="00C5444A">
            <w:pPr>
              <w:rPr>
                <w:bCs/>
                <w:sz w:val="20"/>
              </w:rPr>
            </w:pPr>
            <w:r>
              <w:rPr>
                <w:sz w:val="20"/>
              </w:rPr>
              <w:t>DAL 1980 AL 20</w:t>
            </w:r>
            <w:r w:rsidR="005A07A0">
              <w:rPr>
                <w:sz w:val="20"/>
              </w:rPr>
              <w:t>07</w:t>
            </w:r>
          </w:p>
        </w:tc>
      </w:tr>
      <w:tr w:rsidR="00C5444A" w14:paraId="4248F59B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55DFE5" w14:textId="04032603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 xml:space="preserve">Nome e </w:t>
            </w:r>
            <w:proofErr w:type="spellStart"/>
            <w:r>
              <w:rPr>
                <w:sz w:val="20"/>
              </w:rPr>
              <w:t>indirizzo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datore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lavoro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7B1E5F" w14:textId="2A8EAB84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>R.B.B.- Brossasco</w:t>
            </w:r>
          </w:p>
        </w:tc>
      </w:tr>
      <w:tr w:rsidR="00C5444A" w14:paraId="0349DBB7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7826BF" w14:textId="437E9F5F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 xml:space="preserve">Tipo di </w:t>
            </w:r>
            <w:proofErr w:type="spellStart"/>
            <w:r>
              <w:rPr>
                <w:sz w:val="20"/>
              </w:rPr>
              <w:t>azienda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settore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733F21" w14:textId="6BB4D993" w:rsidR="00C5444A" w:rsidRDefault="00C5444A" w:rsidP="00C5444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Falegnameria</w:t>
            </w:r>
            <w:proofErr w:type="spellEnd"/>
          </w:p>
        </w:tc>
      </w:tr>
      <w:tr w:rsidR="00C5444A" w14:paraId="44A85453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07B766" w14:textId="08B7DEC7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 xml:space="preserve">Tipo di </w:t>
            </w:r>
            <w:proofErr w:type="spellStart"/>
            <w:r>
              <w:rPr>
                <w:sz w:val="20"/>
              </w:rPr>
              <w:t>impiego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13AB88" w14:textId="10EA3DFB" w:rsidR="00C5444A" w:rsidRDefault="00C5444A" w:rsidP="00C5444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Operaio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C5444A" w14:paraId="7C42A8A5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C11FB9" w14:textId="500322BF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>Data (da – a)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EABC32" w14:textId="71CDFF0C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 xml:space="preserve">DAL </w:t>
            </w:r>
            <w:r w:rsidR="005A07A0">
              <w:rPr>
                <w:sz w:val="20"/>
              </w:rPr>
              <w:t>2007</w:t>
            </w:r>
            <w:r>
              <w:rPr>
                <w:sz w:val="20"/>
              </w:rPr>
              <w:t xml:space="preserve"> AL </w:t>
            </w:r>
            <w:r w:rsidR="005A07A0">
              <w:rPr>
                <w:sz w:val="20"/>
              </w:rPr>
              <w:t>2015</w:t>
            </w:r>
          </w:p>
        </w:tc>
      </w:tr>
      <w:tr w:rsidR="00C5444A" w14:paraId="7B890E12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8B6AEC" w14:textId="53EDC84A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 xml:space="preserve">Nome e </w:t>
            </w:r>
            <w:proofErr w:type="spellStart"/>
            <w:r>
              <w:rPr>
                <w:sz w:val="20"/>
              </w:rPr>
              <w:t>indirizzo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datore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lavoro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91B994" w14:textId="3B0A749A" w:rsidR="00C5444A" w:rsidRDefault="00C5444A" w:rsidP="00C5444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Lavoratore</w:t>
            </w:r>
            <w:proofErr w:type="spellEnd"/>
            <w:r>
              <w:rPr>
                <w:sz w:val="20"/>
              </w:rPr>
              <w:t xml:space="preserve"> in proprio</w:t>
            </w:r>
          </w:p>
        </w:tc>
      </w:tr>
      <w:tr w:rsidR="00C5444A" w14:paraId="29CB8499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80E7CD" w14:textId="7FAAAD42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 xml:space="preserve">Tipo di </w:t>
            </w:r>
            <w:proofErr w:type="spellStart"/>
            <w:r>
              <w:rPr>
                <w:sz w:val="20"/>
              </w:rPr>
              <w:t>azienda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settore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499AFC" w14:textId="63A93A0C" w:rsidR="00C5444A" w:rsidRDefault="00C5444A" w:rsidP="00C5444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Artigiano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C5444A" w14:paraId="73320FF7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272F05" w14:textId="629B79B4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Tipo di </w:t>
            </w:r>
            <w:proofErr w:type="spellStart"/>
            <w:r>
              <w:rPr>
                <w:sz w:val="20"/>
              </w:rPr>
              <w:t>impiego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43B2E0" w14:textId="3D7E1CDE" w:rsidR="00C5444A" w:rsidRDefault="00C5444A" w:rsidP="00C5444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Titolare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d’impresa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individuale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C5444A" w14:paraId="0DE6C472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B9BCEF" w14:textId="380717FA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>Data (da – a)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920C18" w14:textId="650F5779" w:rsidR="00C5444A" w:rsidRPr="00C5444A" w:rsidRDefault="00C5444A" w:rsidP="00C5444A">
            <w:pPr>
              <w:rPr>
                <w:bCs/>
                <w:sz w:val="20"/>
              </w:rPr>
            </w:pPr>
            <w:r>
              <w:rPr>
                <w:sz w:val="20"/>
              </w:rPr>
              <w:t xml:space="preserve">DAL </w:t>
            </w:r>
            <w:proofErr w:type="gramStart"/>
            <w:r w:rsidR="005A07A0">
              <w:rPr>
                <w:sz w:val="20"/>
              </w:rPr>
              <w:t xml:space="preserve">2015 </w:t>
            </w:r>
            <w:r>
              <w:rPr>
                <w:sz w:val="20"/>
              </w:rPr>
              <w:t xml:space="preserve"> AL</w:t>
            </w:r>
            <w:proofErr w:type="gramEnd"/>
            <w:r>
              <w:rPr>
                <w:sz w:val="20"/>
              </w:rPr>
              <w:t xml:space="preserve"> 2019</w:t>
            </w:r>
          </w:p>
        </w:tc>
      </w:tr>
      <w:tr w:rsidR="00C5444A" w14:paraId="2811D0B2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F9C9D2" w14:textId="4E7FFEFA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 xml:space="preserve">Nome e </w:t>
            </w:r>
            <w:proofErr w:type="spellStart"/>
            <w:r>
              <w:rPr>
                <w:sz w:val="20"/>
              </w:rPr>
              <w:t>indirizzo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datore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lavoro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C05F39" w14:textId="4C3685E7" w:rsidR="00C5444A" w:rsidRDefault="00C5444A" w:rsidP="00C5444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Coltivatore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diretto</w:t>
            </w:r>
            <w:proofErr w:type="spellEnd"/>
          </w:p>
        </w:tc>
      </w:tr>
      <w:tr w:rsidR="00C5444A" w14:paraId="6E323A3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4C6B26" w14:textId="17F02507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 xml:space="preserve">Tipo di </w:t>
            </w:r>
            <w:proofErr w:type="spellStart"/>
            <w:r>
              <w:rPr>
                <w:sz w:val="20"/>
              </w:rPr>
              <w:t>azienda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settore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B775E2" w14:textId="39EDEAFA" w:rsidR="00C5444A" w:rsidRDefault="00C5444A" w:rsidP="00C5444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Agricolo</w:t>
            </w:r>
            <w:proofErr w:type="spellEnd"/>
          </w:p>
        </w:tc>
      </w:tr>
      <w:tr w:rsidR="00C5444A" w14:paraId="402A9741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962978" w14:textId="3CF97D64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 xml:space="preserve">Tipo di </w:t>
            </w:r>
            <w:proofErr w:type="spellStart"/>
            <w:r>
              <w:rPr>
                <w:sz w:val="20"/>
              </w:rPr>
              <w:t>impiego</w:t>
            </w:r>
            <w:proofErr w:type="spellEnd"/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C1D58E" w14:textId="23DD7B50" w:rsidR="00C5444A" w:rsidRDefault="00C5444A" w:rsidP="00C5444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Coltivatore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C5444A" w14:paraId="41D3E00E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9FA935" w14:textId="77777777" w:rsidR="00C5444A" w:rsidRDefault="00C5444A" w:rsidP="00C5444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mansioni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responsabilità</w:t>
            </w:r>
            <w:proofErr w:type="spellEnd"/>
          </w:p>
          <w:p w14:paraId="06F476F6" w14:textId="77777777" w:rsidR="00C5444A" w:rsidRDefault="00C5444A" w:rsidP="00C5444A">
            <w:pPr>
              <w:rPr>
                <w:sz w:val="20"/>
              </w:rPr>
            </w:pPr>
          </w:p>
          <w:p w14:paraId="75423F6C" w14:textId="57A41434" w:rsidR="00C5444A" w:rsidRDefault="00C5444A" w:rsidP="00C5444A">
            <w:pPr>
              <w:rPr>
                <w:sz w:val="20"/>
              </w:rPr>
            </w:pPr>
            <w:r>
              <w:rPr>
                <w:sz w:val="20"/>
              </w:rPr>
              <w:t>In pensione dal _______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94CF50" w14:textId="77777777" w:rsidR="00C5444A" w:rsidRDefault="00C5444A" w:rsidP="00C5444A">
            <w:pPr>
              <w:rPr>
                <w:sz w:val="20"/>
              </w:rPr>
            </w:pPr>
          </w:p>
          <w:p w14:paraId="0988027B" w14:textId="29FDEE2C" w:rsidR="00C5444A" w:rsidRDefault="00C5444A" w:rsidP="00C5444A">
            <w:pPr>
              <w:rPr>
                <w:sz w:val="20"/>
              </w:rPr>
            </w:pPr>
          </w:p>
        </w:tc>
      </w:tr>
    </w:tbl>
    <w:p w14:paraId="178C22DD" w14:textId="77777777" w:rsidR="000F45E8" w:rsidRDefault="005354C9">
      <w:pPr>
        <w:keepNext/>
        <w:spacing w:before="280" w:after="120"/>
      </w:pPr>
      <w:proofErr w:type="spellStart"/>
      <w:r>
        <w:rPr>
          <w:b/>
          <w:color w:val="003366"/>
          <w:sz w:val="24"/>
        </w:rPr>
        <w:t>Istruzione</w:t>
      </w:r>
      <w:proofErr w:type="spellEnd"/>
      <w:r>
        <w:rPr>
          <w:b/>
          <w:color w:val="003366"/>
          <w:sz w:val="24"/>
        </w:rPr>
        <w:t xml:space="preserve"> e </w:t>
      </w:r>
      <w:proofErr w:type="spellStart"/>
      <w:r>
        <w:rPr>
          <w:b/>
          <w:color w:val="003366"/>
          <w:sz w:val="24"/>
        </w:rPr>
        <w:t>formazione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F45E8" w14:paraId="0D1CFE35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223533" w14:textId="77777777" w:rsidR="000F45E8" w:rsidRDefault="005354C9">
            <w:r>
              <w:rPr>
                <w:sz w:val="20"/>
              </w:rPr>
              <w:t>Data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5FD938" w14:textId="1146C542" w:rsidR="000F45E8" w:rsidRDefault="005354C9">
            <w:r>
              <w:rPr>
                <w:sz w:val="20"/>
              </w:rPr>
              <w:t xml:space="preserve">A.S. / Anno </w:t>
            </w:r>
            <w:r w:rsidR="005A07A0">
              <w:rPr>
                <w:sz w:val="20"/>
              </w:rPr>
              <w:t>1964-1969</w:t>
            </w:r>
          </w:p>
        </w:tc>
      </w:tr>
      <w:tr w:rsidR="000F45E8" w14:paraId="37009ABF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50E7F5" w14:textId="77777777" w:rsidR="000F45E8" w:rsidRDefault="005354C9">
            <w:r>
              <w:rPr>
                <w:sz w:val="20"/>
              </w:rPr>
              <w:t>Nome e tipo di istituto di istruzione o formazione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DF7E64" w14:textId="00CFA2E4" w:rsidR="000F45E8" w:rsidRDefault="00C5444A">
            <w:proofErr w:type="spellStart"/>
            <w:r>
              <w:rPr>
                <w:b/>
                <w:sz w:val="20"/>
              </w:rPr>
              <w:t>Scuola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elementare</w:t>
            </w:r>
            <w:proofErr w:type="spellEnd"/>
            <w:r>
              <w:rPr>
                <w:b/>
                <w:sz w:val="20"/>
              </w:rPr>
              <w:t xml:space="preserve"> di Frassino</w:t>
            </w:r>
          </w:p>
        </w:tc>
      </w:tr>
      <w:tr w:rsidR="000F45E8" w14:paraId="5FF8EC9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3D51C0" w14:textId="77777777" w:rsidR="000F45E8" w:rsidRDefault="005354C9">
            <w:r>
              <w:rPr>
                <w:sz w:val="20"/>
              </w:rPr>
              <w:t>Principali materie / abilità professionali oggetto del corso di studi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760DB7" w14:textId="470B05A9" w:rsidR="000F45E8" w:rsidRDefault="00C5444A"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elementare</w:t>
            </w:r>
            <w:proofErr w:type="spellEnd"/>
          </w:p>
        </w:tc>
      </w:tr>
      <w:tr w:rsidR="000F45E8" w14:paraId="4D91F59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991ECA" w14:textId="77777777" w:rsidR="000F45E8" w:rsidRDefault="005354C9">
            <w:r>
              <w:rPr>
                <w:sz w:val="20"/>
              </w:rPr>
              <w:t>Qualifica conseguita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3F2597" w14:textId="5CF9DAF7" w:rsidR="000F45E8" w:rsidRDefault="00C5444A">
            <w:proofErr w:type="spellStart"/>
            <w:r>
              <w:rPr>
                <w:b/>
                <w:sz w:val="20"/>
              </w:rPr>
              <w:t>Licenza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elementare</w:t>
            </w:r>
            <w:proofErr w:type="spellEnd"/>
          </w:p>
        </w:tc>
      </w:tr>
      <w:tr w:rsidR="000F45E8" w14:paraId="177FAAE3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874C56" w14:textId="77777777" w:rsidR="000F45E8" w:rsidRDefault="005354C9">
            <w:r>
              <w:rPr>
                <w:sz w:val="20"/>
              </w:rPr>
              <w:t>Ulteriori titoli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887F12" w14:textId="78521809" w:rsidR="000F45E8" w:rsidRDefault="000F45E8"/>
        </w:tc>
      </w:tr>
    </w:tbl>
    <w:p w14:paraId="17CB75AC" w14:textId="77777777" w:rsidR="000F45E8" w:rsidRDefault="005354C9">
      <w:pPr>
        <w:keepNext/>
        <w:spacing w:before="280" w:after="120"/>
      </w:pPr>
      <w:r>
        <w:rPr>
          <w:b/>
          <w:color w:val="003366"/>
          <w:sz w:val="24"/>
        </w:rPr>
        <w:t>Capacità e competenze personali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F45E8" w14:paraId="561009C0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6E0B97" w14:textId="77777777" w:rsidR="000F45E8" w:rsidRDefault="005354C9">
            <w:r>
              <w:rPr>
                <w:sz w:val="20"/>
              </w:rPr>
              <w:t>Madrelingua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BFA454" w14:textId="77777777" w:rsidR="000F45E8" w:rsidRDefault="005354C9">
            <w:r>
              <w:rPr>
                <w:sz w:val="20"/>
              </w:rPr>
              <w:t>ITALIANA</w:t>
            </w:r>
          </w:p>
        </w:tc>
      </w:tr>
      <w:tr w:rsidR="000F45E8" w14:paraId="505BF7FA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52DF6B" w14:textId="77777777" w:rsidR="000F45E8" w:rsidRDefault="005354C9">
            <w:r>
              <w:rPr>
                <w:sz w:val="20"/>
              </w:rPr>
              <w:t>Altre lingue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51EF73" w14:textId="0070F71A" w:rsidR="000F45E8" w:rsidRDefault="000F45E8"/>
        </w:tc>
      </w:tr>
      <w:tr w:rsidR="000F45E8" w14:paraId="7C0A706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450C8E" w14:textId="77777777" w:rsidR="000F45E8" w:rsidRDefault="005354C9">
            <w:r>
              <w:rPr>
                <w:i/>
                <w:sz w:val="20"/>
              </w:rPr>
              <w:t>• Capacità di lettura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FFA284" w14:textId="08C44E3B" w:rsidR="000F45E8" w:rsidRDefault="000F45E8"/>
        </w:tc>
      </w:tr>
      <w:tr w:rsidR="000F45E8" w14:paraId="0A1F5F7D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870014" w14:textId="77777777" w:rsidR="000F45E8" w:rsidRDefault="005354C9">
            <w:r>
              <w:rPr>
                <w:i/>
                <w:sz w:val="20"/>
              </w:rPr>
              <w:t>• Capacità di scrittura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1ABF07" w14:textId="6DF9E03C" w:rsidR="000F45E8" w:rsidRDefault="000F45E8"/>
        </w:tc>
      </w:tr>
      <w:tr w:rsidR="000F45E8" w14:paraId="5AD4A654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9F001F" w14:textId="77777777" w:rsidR="000F45E8" w:rsidRDefault="005354C9">
            <w:r>
              <w:rPr>
                <w:i/>
                <w:sz w:val="20"/>
              </w:rPr>
              <w:lastRenderedPageBreak/>
              <w:t>• Capacità di espressione orale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D48A91" w14:textId="261C48FC" w:rsidR="000F45E8" w:rsidRDefault="000F45E8"/>
        </w:tc>
      </w:tr>
      <w:tr w:rsidR="000F45E8" w14:paraId="21544062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FDD390" w14:textId="77777777" w:rsidR="000F45E8" w:rsidRDefault="005354C9">
            <w:r>
              <w:rPr>
                <w:sz w:val="20"/>
              </w:rPr>
              <w:t>Capacità e competenze relazionali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A9F621" w14:textId="77777777" w:rsidR="000F45E8" w:rsidRDefault="005354C9">
            <w:r>
              <w:rPr>
                <w:sz w:val="20"/>
              </w:rPr>
              <w:t>[Vivere e lavorare con altre persone, in ambiente multiculturale, occupando posti in cui la comunicazione è importante e in situazioni in cui è essenziale lavorare in squadra, ad es. attività culturali, sociali e sportive, ecc.]</w:t>
            </w:r>
          </w:p>
        </w:tc>
      </w:tr>
      <w:tr w:rsidR="000F45E8" w14:paraId="07F5F9C7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36B4C3" w14:textId="77777777" w:rsidR="000F45E8" w:rsidRDefault="005354C9">
            <w:r>
              <w:rPr>
                <w:sz w:val="20"/>
              </w:rPr>
              <w:t>Capacità e competenze organizzative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C1696B" w14:textId="77777777" w:rsidR="000F45E8" w:rsidRDefault="005354C9">
            <w:r>
              <w:rPr>
                <w:sz w:val="20"/>
              </w:rPr>
              <w:t>[Ad es. coordinamento e amministrazione di persone, progetti, bilanci; sul posto di lavoro, in attività di volontariato, associazionismo, sport o a casa, ecc.]</w:t>
            </w:r>
          </w:p>
        </w:tc>
      </w:tr>
      <w:tr w:rsidR="000F45E8" w14:paraId="31914C72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7BFAD9" w14:textId="77777777" w:rsidR="000F45E8" w:rsidRDefault="005354C9">
            <w:r>
              <w:rPr>
                <w:sz w:val="20"/>
              </w:rPr>
              <w:t>Capacità e competenze tecniche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53091B" w14:textId="77777777" w:rsidR="000F45E8" w:rsidRDefault="005354C9">
            <w:r>
              <w:rPr>
                <w:sz w:val="20"/>
              </w:rPr>
              <w:t>[Utilizzo del computer, software specifici, internet, posta elettronica, attrezzature o macchinari particolari relativi alla propria professione.]</w:t>
            </w:r>
          </w:p>
        </w:tc>
      </w:tr>
      <w:tr w:rsidR="000F45E8" w14:paraId="340908BA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2E70A8" w14:textId="77777777" w:rsidR="000F45E8" w:rsidRDefault="005354C9">
            <w:r>
              <w:rPr>
                <w:sz w:val="20"/>
              </w:rPr>
              <w:t>Capacità e competenze artistiche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A49C32" w14:textId="77777777" w:rsidR="000F45E8" w:rsidRDefault="005354C9">
            <w:r>
              <w:rPr>
                <w:sz w:val="20"/>
              </w:rPr>
              <w:t>[Musica, scrittura, disegno, fotografia, teatro, ecc.]</w:t>
            </w:r>
          </w:p>
        </w:tc>
      </w:tr>
      <w:tr w:rsidR="000F45E8" w14:paraId="0E15D46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A083E3" w14:textId="77777777" w:rsidR="000F45E8" w:rsidRDefault="005354C9">
            <w:r>
              <w:rPr>
                <w:sz w:val="20"/>
              </w:rPr>
              <w:t>Patente o patenti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F07DC4" w14:textId="2628AC10" w:rsidR="000F45E8" w:rsidRDefault="005354C9">
            <w:r>
              <w:rPr>
                <w:sz w:val="20"/>
              </w:rPr>
              <w:t xml:space="preserve">Patente di guida tipo B </w:t>
            </w:r>
          </w:p>
        </w:tc>
      </w:tr>
    </w:tbl>
    <w:p w14:paraId="18942A36" w14:textId="77777777" w:rsidR="005A07A0" w:rsidRDefault="005354C9">
      <w:pPr>
        <w:spacing w:before="360" w:after="120"/>
      </w:pPr>
      <w:r w:rsidRPr="00C5444A">
        <w:rPr>
          <w:bCs/>
        </w:rPr>
        <w:br/>
        <w:t xml:space="preserve">Data: </w:t>
      </w:r>
      <w:r w:rsidR="00C5444A" w:rsidRPr="00C5444A">
        <w:rPr>
          <w:bCs/>
        </w:rPr>
        <w:t xml:space="preserve">22.10.2021 </w:t>
      </w:r>
      <w:r>
        <w:rPr>
          <w:b/>
        </w:rPr>
        <w:br/>
      </w:r>
      <w:r>
        <w:rPr>
          <w:b/>
        </w:rPr>
        <w:br/>
      </w:r>
      <w:proofErr w:type="spellStart"/>
      <w:r>
        <w:rPr>
          <w:b/>
        </w:rPr>
        <w:t>Firma</w:t>
      </w:r>
      <w:proofErr w:type="spellEnd"/>
      <w:r>
        <w:rPr>
          <w:b/>
        </w:rPr>
        <w:t xml:space="preserve">: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sottoscritto</w:t>
      </w:r>
      <w:proofErr w:type="spellEnd"/>
      <w:r>
        <w:t xml:space="preserve"> in </w:t>
      </w:r>
      <w:proofErr w:type="spellStart"/>
      <w:r>
        <w:t>originale</w:t>
      </w:r>
      <w:proofErr w:type="spellEnd"/>
      <w:r>
        <w:t xml:space="preserve"> dal </w:t>
      </w:r>
      <w:proofErr w:type="spellStart"/>
      <w:r>
        <w:t>titolare</w:t>
      </w:r>
      <w:proofErr w:type="spellEnd"/>
      <w:r>
        <w:t xml:space="preserve"> </w:t>
      </w:r>
      <w:proofErr w:type="spellStart"/>
      <w:r>
        <w:t>dell'incarico</w:t>
      </w:r>
      <w:proofErr w:type="spellEnd"/>
      <w:r>
        <w:t>.</w:t>
      </w:r>
    </w:p>
    <w:p w14:paraId="7681FAD5" w14:textId="630A2E04" w:rsidR="000F45E8" w:rsidRDefault="005354C9">
      <w:pPr>
        <w:spacing w:before="360" w:after="120"/>
      </w:pPr>
      <w:r>
        <w:br/>
      </w:r>
      <w:r>
        <w:rPr>
          <w:i/>
          <w:sz w:val="19"/>
        </w:rPr>
        <w:t>(La firma autografa è omessa sulla copia pubblicata online ai sensi dell'art. 26 del D.Lgs. 33/2013 e delle linee guida del Garante Privacy).</w:t>
      </w:r>
      <w:r>
        <w:rPr>
          <w:i/>
          <w:sz w:val="19"/>
        </w:rPr>
        <w:br/>
      </w:r>
      <w:r>
        <w:rPr>
          <w:i/>
          <w:sz w:val="19"/>
        </w:rPr>
        <w:br/>
        <w:t>Autorizzo il trattamento dei miei dati personali ai sensi del D. Lgs. n. 196/2003 e del GDPR (Regolamento UE 2016/679) esclusivamente per le finalità di pubblicazione istituzionale legate agli obblighi di trasparenza dell'ente.</w:t>
      </w:r>
    </w:p>
    <w:sectPr w:rsidR="000F45E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5153259">
    <w:abstractNumId w:val="8"/>
  </w:num>
  <w:num w:numId="2" w16cid:durableId="65762530">
    <w:abstractNumId w:val="6"/>
  </w:num>
  <w:num w:numId="3" w16cid:durableId="916522626">
    <w:abstractNumId w:val="5"/>
  </w:num>
  <w:num w:numId="4" w16cid:durableId="885533160">
    <w:abstractNumId w:val="4"/>
  </w:num>
  <w:num w:numId="5" w16cid:durableId="2038579735">
    <w:abstractNumId w:val="7"/>
  </w:num>
  <w:num w:numId="6" w16cid:durableId="27142641">
    <w:abstractNumId w:val="3"/>
  </w:num>
  <w:num w:numId="7" w16cid:durableId="1330715088">
    <w:abstractNumId w:val="2"/>
  </w:num>
  <w:num w:numId="8" w16cid:durableId="864565561">
    <w:abstractNumId w:val="1"/>
  </w:num>
  <w:num w:numId="9" w16cid:durableId="15265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5E8"/>
    <w:rsid w:val="0015074B"/>
    <w:rsid w:val="0029639D"/>
    <w:rsid w:val="00326F90"/>
    <w:rsid w:val="005354C9"/>
    <w:rsid w:val="005A07A0"/>
    <w:rsid w:val="00AA1D8D"/>
    <w:rsid w:val="00B47730"/>
    <w:rsid w:val="00C5444A"/>
    <w:rsid w:val="00CB0664"/>
    <w:rsid w:val="00EF4154"/>
    <w:rsid w:val="00F07B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D3957"/>
  <w14:defaultImageDpi w14:val="300"/>
  <w15:docId w15:val="{00F1E0E5-4B20-4567-ACB7-477CFE73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C5444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comune.frassino.cn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Anagrafe</cp:lastModifiedBy>
  <cp:revision>3</cp:revision>
  <dcterms:created xsi:type="dcterms:W3CDTF">2026-09-15T08:30:00Z</dcterms:created>
  <dcterms:modified xsi:type="dcterms:W3CDTF">2026-09-28T07:58:00Z</dcterms:modified>
  <cp:category/>
</cp:coreProperties>
</file>